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D7611" w14:textId="77777777" w:rsidR="006C7A5C" w:rsidRPr="0008112D" w:rsidRDefault="006C7A5C" w:rsidP="006C7A5C">
      <w:pPr>
        <w:pStyle w:val="Titre"/>
        <w:keepLines/>
        <w:spacing w:after="360" w:line="276" w:lineRule="auto"/>
        <w:jc w:val="center"/>
        <w:rPr>
          <w:lang w:val="fr-BE"/>
        </w:rPr>
      </w:pPr>
      <w:r w:rsidRPr="0008112D">
        <w:rPr>
          <w:rFonts w:ascii="Arial" w:hAnsi="Arial" w:cs="Arial"/>
          <w:b/>
          <w:bCs/>
          <w:color w:val="1A9AA0"/>
          <w:sz w:val="40"/>
          <w:szCs w:val="40"/>
          <w:lang w:val="fr-BE"/>
        </w:rPr>
        <w:t>Entretien d’évaluation</w:t>
      </w:r>
    </w:p>
    <w:p w14:paraId="1CD73FF9" w14:textId="77777777" w:rsidR="00A87145" w:rsidRPr="0008112D" w:rsidRDefault="006C7A5C" w:rsidP="006C7A5C">
      <w:pPr>
        <w:pStyle w:val="Titre1"/>
        <w:spacing w:before="320" w:after="160"/>
        <w:rPr>
          <w:lang w:val="fr-BE"/>
        </w:rPr>
      </w:pPr>
      <w:r w:rsidRPr="0008112D">
        <w:rPr>
          <w:rFonts w:ascii="Arial" w:hAnsi="Arial" w:cs="Arial"/>
          <w:bCs w:val="0"/>
          <w:color w:val="1A9AA0"/>
          <w:szCs w:val="32"/>
          <w:lang w:val="fr-BE"/>
        </w:rPr>
        <w:t xml:space="preserve">Renseignements </w:t>
      </w:r>
    </w:p>
    <w:p w14:paraId="08BDE61D" w14:textId="77777777" w:rsidR="00A87145" w:rsidRPr="004D021B" w:rsidRDefault="00051E1C">
      <w:pPr>
        <w:keepLines/>
        <w:spacing w:after="160"/>
        <w:rPr>
          <w:bCs/>
          <w:szCs w:val="24"/>
          <w:lang w:val="fr-BE"/>
        </w:rPr>
      </w:pPr>
      <w:r w:rsidRPr="004D021B">
        <w:rPr>
          <w:rFonts w:cs="Arial"/>
          <w:bCs/>
          <w:lang w:val="fr-BE"/>
        </w:rPr>
        <w:t xml:space="preserve">Nom : </w:t>
      </w:r>
    </w:p>
    <w:p w14:paraId="783191EA" w14:textId="77777777" w:rsidR="00A87145" w:rsidRPr="004D021B" w:rsidRDefault="00051E1C">
      <w:pPr>
        <w:keepLines/>
        <w:spacing w:after="160"/>
        <w:rPr>
          <w:bCs/>
          <w:szCs w:val="24"/>
          <w:lang w:val="fr-BE"/>
        </w:rPr>
      </w:pPr>
      <w:r w:rsidRPr="004D021B">
        <w:rPr>
          <w:rFonts w:cs="Arial"/>
          <w:bCs/>
          <w:lang w:val="fr-BE"/>
        </w:rPr>
        <w:t xml:space="preserve">Prénom :  </w:t>
      </w:r>
    </w:p>
    <w:p w14:paraId="20B7C4BB" w14:textId="77777777" w:rsidR="00A87145" w:rsidRPr="004D021B" w:rsidRDefault="00051E1C">
      <w:pPr>
        <w:keepLines/>
        <w:spacing w:after="160"/>
        <w:rPr>
          <w:bCs/>
          <w:szCs w:val="24"/>
          <w:lang w:val="fr-BE"/>
        </w:rPr>
      </w:pPr>
      <w:r w:rsidRPr="004D021B">
        <w:rPr>
          <w:rFonts w:cs="Arial"/>
          <w:bCs/>
          <w:lang w:val="fr-BE"/>
        </w:rPr>
        <w:t xml:space="preserve">Organisation :  </w:t>
      </w:r>
    </w:p>
    <w:p w14:paraId="45030430" w14:textId="77777777" w:rsidR="00A87145" w:rsidRPr="004D021B" w:rsidRDefault="00051E1C">
      <w:pPr>
        <w:keepLines/>
        <w:spacing w:after="160"/>
        <w:rPr>
          <w:bCs/>
          <w:szCs w:val="24"/>
          <w:lang w:val="fr-BE"/>
        </w:rPr>
      </w:pPr>
      <w:r w:rsidRPr="004D021B">
        <w:rPr>
          <w:rFonts w:cs="Arial"/>
          <w:bCs/>
          <w:lang w:val="fr-BE"/>
        </w:rPr>
        <w:t xml:space="preserve">Date d’entrée en service :  </w:t>
      </w:r>
    </w:p>
    <w:p w14:paraId="1FC47F81" w14:textId="77777777" w:rsidR="00A87145" w:rsidRPr="004D021B" w:rsidRDefault="00051E1C">
      <w:pPr>
        <w:keepLines/>
        <w:spacing w:after="160"/>
        <w:rPr>
          <w:bCs/>
        </w:rPr>
      </w:pPr>
      <w:r w:rsidRPr="004D021B">
        <w:rPr>
          <w:rFonts w:cs="Arial"/>
          <w:bCs/>
        </w:rPr>
        <w:t>Date de l’évaluation</w:t>
      </w:r>
      <w:r w:rsidR="005C78FE">
        <w:rPr>
          <w:rFonts w:cs="Arial"/>
          <w:bCs/>
        </w:rPr>
        <w:t xml:space="preserve"> </w:t>
      </w:r>
      <w:r w:rsidRPr="004D021B">
        <w:rPr>
          <w:rFonts w:cs="Arial"/>
          <w:bCs/>
        </w:rPr>
        <w:t xml:space="preserve">:  </w:t>
      </w:r>
    </w:p>
    <w:p w14:paraId="505C3813" w14:textId="77777777" w:rsidR="0048664B" w:rsidRDefault="0048664B" w:rsidP="0048664B">
      <w:pPr>
        <w:pStyle w:val="Titre1"/>
        <w:spacing w:before="320" w:after="160"/>
      </w:pPr>
      <w:r>
        <w:rPr>
          <w:rFonts w:ascii="Arial" w:hAnsi="Arial" w:cs="Arial"/>
          <w:b/>
          <w:bCs w:val="0"/>
          <w:color w:val="F39200"/>
          <w:sz w:val="26"/>
          <w:szCs w:val="32"/>
        </w:rPr>
        <w:t>Échelle d’évaluation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504"/>
        <w:gridCol w:w="8568"/>
      </w:tblGrid>
      <w:tr w:rsidR="00A87145" w14:paraId="67384ED8" w14:textId="77777777" w:rsidTr="0008112D">
        <w:tc>
          <w:tcPr>
            <w:tcW w:w="5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E0244A" w14:textId="77777777" w:rsidR="00A87145" w:rsidRDefault="00051E1C">
            <w:pPr>
              <w:spacing w:after="60" w:line="252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D2098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Insuffisant</w:t>
            </w:r>
          </w:p>
        </w:tc>
      </w:tr>
      <w:tr w:rsidR="00A87145" w:rsidRPr="007E7282" w14:paraId="7F50DE46" w14:textId="77777777" w:rsidTr="0008112D">
        <w:tc>
          <w:tcPr>
            <w:tcW w:w="5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359652" w14:textId="77777777" w:rsidR="00A87145" w:rsidRDefault="00051E1C">
            <w:pPr>
              <w:spacing w:after="60" w:line="252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D4D08A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Satisfaisant : le travail est bien réalisé, mais certains points demandent de l’attention</w:t>
            </w:r>
          </w:p>
        </w:tc>
      </w:tr>
      <w:tr w:rsidR="00A87145" w:rsidRPr="007E7282" w14:paraId="31E9AB6B" w14:textId="77777777" w:rsidTr="0008112D">
        <w:tc>
          <w:tcPr>
            <w:tcW w:w="5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6C20B6" w14:textId="77777777" w:rsidR="00A87145" w:rsidRDefault="00051E1C">
            <w:pPr>
              <w:spacing w:after="60" w:line="252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2FC01B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Bien : le niveau attendu est atteint ; tout ce qui est demandé est bien réalisé</w:t>
            </w:r>
          </w:p>
        </w:tc>
      </w:tr>
      <w:tr w:rsidR="00A87145" w:rsidRPr="007E7282" w14:paraId="26ED479B" w14:textId="77777777" w:rsidTr="0008112D">
        <w:tc>
          <w:tcPr>
            <w:tcW w:w="5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61F904" w14:textId="77777777" w:rsidR="00A87145" w:rsidRDefault="00051E1C">
            <w:pPr>
              <w:spacing w:after="60" w:line="252" w:lineRule="auto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9B03CB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Très bien : dépasse clairement le niveau attendu</w:t>
            </w:r>
          </w:p>
        </w:tc>
      </w:tr>
      <w:tr w:rsidR="00A87145" w:rsidRPr="007E7282" w14:paraId="454F81D5" w14:textId="77777777" w:rsidTr="0008112D">
        <w:tc>
          <w:tcPr>
            <w:tcW w:w="5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E0DC5F" w14:textId="77777777" w:rsidR="00A87145" w:rsidRDefault="00051E1C">
            <w:pPr>
              <w:spacing w:after="60" w:line="252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732B44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Excellent : niveau d’expertise, possède plus de connaissances que nécessaire et cherche constamment à s’améliorer</w:t>
            </w:r>
          </w:p>
        </w:tc>
      </w:tr>
    </w:tbl>
    <w:p w14:paraId="16348FB7" w14:textId="77777777" w:rsidR="00A130E1" w:rsidRPr="00E941D2" w:rsidRDefault="00A130E1" w:rsidP="00A130E1">
      <w:pPr>
        <w:pStyle w:val="Titre1"/>
        <w:spacing w:before="320" w:after="160"/>
        <w:rPr>
          <w:b/>
          <w:color w:val="F39200"/>
          <w:sz w:val="26"/>
          <w:szCs w:val="26"/>
        </w:rPr>
      </w:pPr>
      <w:proofErr w:type="spellStart"/>
      <w:r w:rsidRPr="00E941D2">
        <w:rPr>
          <w:rFonts w:ascii="Arial" w:hAnsi="Arial" w:cs="Arial"/>
          <w:b/>
          <w:color w:val="F39200"/>
          <w:sz w:val="26"/>
          <w:szCs w:val="26"/>
        </w:rPr>
        <w:t>Compétences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1"/>
        <w:gridCol w:w="794"/>
        <w:gridCol w:w="794"/>
        <w:gridCol w:w="794"/>
        <w:gridCol w:w="794"/>
        <w:gridCol w:w="794"/>
      </w:tblGrid>
      <w:tr w:rsidR="00A87145" w14:paraId="1F729ABC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7A0FF5" w14:textId="77777777" w:rsidR="00A87145" w:rsidRPr="004D021B" w:rsidRDefault="00051E1C">
            <w:pPr>
              <w:spacing w:after="60" w:line="252" w:lineRule="auto"/>
              <w:rPr>
                <w:color w:val="087990"/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Flexibilité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317D9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76C4C4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73A04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988BE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F99F8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5</w:t>
            </w:r>
          </w:p>
        </w:tc>
      </w:tr>
      <w:tr w:rsidR="00A87145" w14:paraId="1380B02B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6D765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Missions de remplacement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A200E7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097523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DF83A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CB5406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632B4B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14:paraId="1625DA91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F325E1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Changements d’horaire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114C8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873A03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C95A96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4E9A2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A3CE15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14:paraId="3C14A719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3EA579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Remarques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5EE0A9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DD74BB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D412C2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E07ABC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D16B78" w14:textId="77777777" w:rsidR="00A87145" w:rsidRDefault="00A87145">
            <w:pPr>
              <w:spacing w:after="60" w:line="252" w:lineRule="auto"/>
              <w:jc w:val="center"/>
            </w:pPr>
          </w:p>
        </w:tc>
      </w:tr>
    </w:tbl>
    <w:p w14:paraId="7F5B2F03" w14:textId="77777777" w:rsidR="00A87145" w:rsidRDefault="00A8714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1"/>
        <w:gridCol w:w="794"/>
        <w:gridCol w:w="794"/>
        <w:gridCol w:w="794"/>
        <w:gridCol w:w="794"/>
        <w:gridCol w:w="794"/>
      </w:tblGrid>
      <w:tr w:rsidR="00A87145" w14:paraId="32B36134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278A7C" w14:textId="77777777" w:rsidR="00A87145" w:rsidRPr="004D021B" w:rsidRDefault="00051E1C">
            <w:pPr>
              <w:spacing w:after="60" w:line="252" w:lineRule="auto"/>
              <w:rPr>
                <w:color w:val="087990"/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Orientation client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F8B5C0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616683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A66850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FC8BCB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8BD690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5</w:t>
            </w:r>
          </w:p>
        </w:tc>
      </w:tr>
      <w:tr w:rsidR="00A87145" w14:paraId="3231D351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CA5B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Contact avec le client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F3BCF5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A4C9D0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EFCF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9C5A3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3EB850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14:paraId="3F3F17FC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84A6BD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Ponctualité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FD721B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0F60A8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FBE79F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F18964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3097E0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:rsidRPr="007E7282" w14:paraId="15F69BAA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7ED72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Respect des heures et de l’horaire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AD1284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AC4592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F5AFEE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6B18A7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9D8B51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0E52E23A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BE7857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Remarques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1B6232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92E1AB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E83E3B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A8207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F3716A" w14:textId="77777777" w:rsidR="00A87145" w:rsidRDefault="00A87145">
            <w:pPr>
              <w:spacing w:after="60" w:line="252" w:lineRule="auto"/>
              <w:jc w:val="center"/>
            </w:pPr>
          </w:p>
        </w:tc>
      </w:tr>
    </w:tbl>
    <w:p w14:paraId="1CBD8212" w14:textId="77777777" w:rsidR="00A87145" w:rsidRDefault="00A87145">
      <w:pPr>
        <w:spacing w:after="0" w:line="240" w:lineRule="auto"/>
      </w:pPr>
    </w:p>
    <w:p w14:paraId="2D33AC74" w14:textId="77777777" w:rsidR="00A87145" w:rsidRDefault="00051E1C">
      <w:pPr>
        <w:spacing w:after="0" w:line="240" w:lineRule="auto"/>
      </w:pPr>
      <w:r>
        <w:rPr>
          <w:rFonts w:cs="Arial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1"/>
        <w:gridCol w:w="794"/>
        <w:gridCol w:w="794"/>
        <w:gridCol w:w="794"/>
        <w:gridCol w:w="794"/>
        <w:gridCol w:w="794"/>
      </w:tblGrid>
      <w:tr w:rsidR="00A87145" w14:paraId="4FB7AAF8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6BB5A8" w14:textId="77777777" w:rsidR="00A87145" w:rsidRPr="004D021B" w:rsidRDefault="00051E1C">
            <w:pPr>
              <w:spacing w:after="60" w:line="252" w:lineRule="auto"/>
              <w:rPr>
                <w:color w:val="087990"/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lastRenderedPageBreak/>
              <w:t>Compétences opérationnelles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4CDDD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FA7D56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A73537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B16B2D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698247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5</w:t>
            </w:r>
          </w:p>
        </w:tc>
      </w:tr>
      <w:tr w:rsidR="00A87145" w:rsidRPr="007E7282" w14:paraId="4EA063E5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26C961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Planification et organisation du travail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86D8B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F6F7F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453AAC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E8A2AA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B526DA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458BBEC8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2514D7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proofErr w:type="spellStart"/>
            <w:r w:rsidRPr="004D021B">
              <w:rPr>
                <w:sz w:val="20"/>
                <w:szCs w:val="28"/>
              </w:rPr>
              <w:t>Rythme</w:t>
            </w:r>
            <w:proofErr w:type="spellEnd"/>
            <w:r w:rsidRPr="004D021B">
              <w:rPr>
                <w:sz w:val="20"/>
                <w:szCs w:val="28"/>
              </w:rPr>
              <w:t xml:space="preserve"> de travail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9D7556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AB608C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A3C1E2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51F1F1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BB612D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:rsidRPr="007E7282" w14:paraId="51E3827C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22EAC8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Liste des tâches chez le client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95B240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E438EA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81F8F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8F6D6A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656BC0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7F5948CA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11B1CE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proofErr w:type="spellStart"/>
            <w:r w:rsidRPr="004D021B">
              <w:rPr>
                <w:sz w:val="20"/>
                <w:szCs w:val="28"/>
              </w:rPr>
              <w:t>Connaissance</w:t>
            </w:r>
            <w:proofErr w:type="spellEnd"/>
            <w:r w:rsidRPr="004D021B">
              <w:rPr>
                <w:sz w:val="20"/>
                <w:szCs w:val="28"/>
              </w:rPr>
              <w:t xml:space="preserve"> des </w:t>
            </w:r>
            <w:proofErr w:type="spellStart"/>
            <w:r w:rsidRPr="004D021B">
              <w:rPr>
                <w:sz w:val="20"/>
                <w:szCs w:val="28"/>
              </w:rPr>
              <w:t>produits</w:t>
            </w:r>
            <w:proofErr w:type="spellEnd"/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EEEBF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79F718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9282A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56A1E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8F1D07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14:paraId="7ECC3BB6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4A76E1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Nettoyage général (intérieur)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BF5535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347FF5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1DD28F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3C231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DDB096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14:paraId="28474F5F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1BB16B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Nettoyage des vitres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26343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56D1E3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BED56B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0E4F8D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0E9A6F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14:paraId="65A13FFC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CA815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Repassage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89184A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75AB31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56E9D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E14184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9B65E7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:rsidRPr="007E7282" w14:paraId="3ECC89A3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08421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Autres tâches (cuisine, courses, petits travaux de couture)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79E12B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C02023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9DBFAD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CF04F8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FE95FB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545346F5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908AF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Remarques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5EEC95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A6BCCA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A54EC0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CAEC86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E0BA2D" w14:textId="77777777" w:rsidR="00A87145" w:rsidRDefault="00A87145">
            <w:pPr>
              <w:spacing w:after="60" w:line="252" w:lineRule="auto"/>
              <w:jc w:val="center"/>
            </w:pPr>
          </w:p>
        </w:tc>
      </w:tr>
    </w:tbl>
    <w:p w14:paraId="19D61387" w14:textId="77777777" w:rsidR="00A87145" w:rsidRDefault="00A8714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1"/>
        <w:gridCol w:w="794"/>
        <w:gridCol w:w="794"/>
        <w:gridCol w:w="794"/>
        <w:gridCol w:w="794"/>
        <w:gridCol w:w="794"/>
      </w:tblGrid>
      <w:tr w:rsidR="00A87145" w14:paraId="730EEBA4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B7D272" w14:textId="77777777" w:rsidR="00A87145" w:rsidRPr="004D021B" w:rsidRDefault="00051E1C">
            <w:pPr>
              <w:spacing w:after="60" w:line="252" w:lineRule="auto"/>
              <w:rPr>
                <w:color w:val="087990"/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Communication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11464A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C26DC8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FA76E2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AFA528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5F961E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5</w:t>
            </w:r>
          </w:p>
        </w:tc>
      </w:tr>
      <w:tr w:rsidR="00A87145" w14:paraId="1867D65D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72DE41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Communication avec le client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C517D7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305DBD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88CBD7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00C914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2ED32A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:rsidRPr="007E7282" w14:paraId="1B532CED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977B09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Information du client en cas d’absence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57EC85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9ABDF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E33FA9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E1256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E21BD9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36FEDB65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EF4016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Communication avec le bureau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7A6A7A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53A608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156756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2A0D55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4E4D78" w14:textId="77777777" w:rsidR="00A87145" w:rsidRDefault="00A87145">
            <w:pPr>
              <w:spacing w:after="60" w:line="252" w:lineRule="auto"/>
              <w:jc w:val="center"/>
            </w:pPr>
          </w:p>
        </w:tc>
      </w:tr>
      <w:tr w:rsidR="00A87145" w:rsidRPr="007E7282" w14:paraId="36A61914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3939F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Information du bureau en cas d’absence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B3241C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7D2EDA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7B0B27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67CC94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203BE1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:rsidRPr="007E7282" w14:paraId="683797E9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1CF54D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Facilité à être joint ou jointe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FB4710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E22494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A20DAB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F33309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F9B8E9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4710F324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CBBA9C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Remarques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C2BAE8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90DA7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DDA26C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CF282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E04702" w14:textId="77777777" w:rsidR="00A87145" w:rsidRDefault="00A87145">
            <w:pPr>
              <w:spacing w:after="60" w:line="252" w:lineRule="auto"/>
              <w:jc w:val="center"/>
            </w:pPr>
          </w:p>
        </w:tc>
      </w:tr>
    </w:tbl>
    <w:p w14:paraId="704C76A1" w14:textId="77777777" w:rsidR="00A87145" w:rsidRDefault="00A87145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1"/>
        <w:gridCol w:w="794"/>
        <w:gridCol w:w="794"/>
        <w:gridCol w:w="794"/>
        <w:gridCol w:w="794"/>
        <w:gridCol w:w="794"/>
      </w:tblGrid>
      <w:tr w:rsidR="00A87145" w14:paraId="06596830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6FF46D" w14:textId="77777777" w:rsidR="00A87145" w:rsidRPr="004D021B" w:rsidRDefault="00051E1C">
            <w:pPr>
              <w:spacing w:after="60" w:line="252" w:lineRule="auto"/>
              <w:rPr>
                <w:color w:val="087990"/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Attitude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00CFD8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24792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0650F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61D30F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EA9B6D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5</w:t>
            </w:r>
          </w:p>
        </w:tc>
      </w:tr>
      <w:tr w:rsidR="00A87145" w:rsidRPr="007E7282" w14:paraId="1368CEA3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FEA6C5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Réaction aux remarques du client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50A948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B2792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9BB9F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8F8359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AEDD34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:rsidRPr="007E7282" w14:paraId="74FF0FA8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C0647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Réaction aux remarques du bureau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199B13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EF41C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C77F3C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68E8F5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BDAF68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:rsidRPr="007E7282" w14:paraId="79BF25A3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0888EE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Respect des engagements pris avec le bureau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79F7B0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200410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48ADA8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3AE9B0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23CEBD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:rsidRPr="007E7282" w14:paraId="547F08C0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3DD85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Respect des engagements pris avec le client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26022B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2E1712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7D327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AC28D4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A7268F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28B52E40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7F8E8F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Remarques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8CD180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DF543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C6FC68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CDFF5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CA8DF7" w14:textId="77777777" w:rsidR="00A87145" w:rsidRDefault="00A87145">
            <w:pPr>
              <w:spacing w:after="60" w:line="252" w:lineRule="auto"/>
              <w:jc w:val="center"/>
            </w:pPr>
          </w:p>
        </w:tc>
      </w:tr>
    </w:tbl>
    <w:p w14:paraId="49BC07D8" w14:textId="77777777" w:rsidR="00A87145" w:rsidRDefault="00A87145">
      <w:pPr>
        <w:spacing w:after="0" w:line="240" w:lineRule="auto"/>
      </w:pPr>
    </w:p>
    <w:p w14:paraId="4D85C4F5" w14:textId="77777777" w:rsidR="00A87145" w:rsidRDefault="00051E1C">
      <w:pPr>
        <w:spacing w:after="0" w:line="240" w:lineRule="auto"/>
      </w:pPr>
      <w:r>
        <w:rPr>
          <w:rFonts w:cs="Arial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1"/>
        <w:gridCol w:w="794"/>
        <w:gridCol w:w="794"/>
        <w:gridCol w:w="794"/>
        <w:gridCol w:w="794"/>
        <w:gridCol w:w="794"/>
      </w:tblGrid>
      <w:tr w:rsidR="00A87145" w14:paraId="3F077032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E1BC87" w14:textId="77777777" w:rsidR="00A87145" w:rsidRPr="004D021B" w:rsidRDefault="00051E1C">
            <w:pPr>
              <w:spacing w:after="60" w:line="252" w:lineRule="auto"/>
              <w:rPr>
                <w:color w:val="087990"/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lastRenderedPageBreak/>
              <w:t>Administration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0A527F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0BA89A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00D50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1B8915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66CE5B" w14:textId="77777777" w:rsidR="00A87145" w:rsidRPr="004D021B" w:rsidRDefault="00051E1C">
            <w:pPr>
              <w:spacing w:after="60" w:line="252" w:lineRule="auto"/>
              <w:jc w:val="center"/>
              <w:rPr>
                <w:color w:val="087990"/>
              </w:rPr>
            </w:pPr>
            <w:r w:rsidRPr="004D021B">
              <w:rPr>
                <w:b/>
                <w:color w:val="FFFFFF"/>
                <w:sz w:val="20"/>
              </w:rPr>
              <w:t>5</w:t>
            </w:r>
          </w:p>
        </w:tc>
      </w:tr>
      <w:tr w:rsidR="00A87145" w:rsidRPr="007E7282" w14:paraId="2F85E1CB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6800D0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Enregistrement/remise des titres-services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F3EC72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C2DD28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AB183B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CD5AF5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276CCE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:rsidRPr="007E7282" w14:paraId="2CC9B3BD" w14:textId="77777777" w:rsidTr="004D021B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34031C" w14:textId="77777777" w:rsidR="00A87145" w:rsidRPr="004D021B" w:rsidRDefault="00051E1C">
            <w:pPr>
              <w:spacing w:after="60" w:line="252" w:lineRule="auto"/>
              <w:rPr>
                <w:szCs w:val="28"/>
                <w:lang w:val="fr-BE"/>
              </w:rPr>
            </w:pPr>
            <w:r w:rsidRPr="004D021B">
              <w:rPr>
                <w:sz w:val="20"/>
                <w:szCs w:val="28"/>
                <w:lang w:val="fr-BE"/>
              </w:rPr>
              <w:t>Communication concernant les congés, absences et arrêts maladie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682542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6A37E1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EEA9F2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FAA8D1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2B3629" w14:textId="77777777" w:rsidR="00A87145" w:rsidRPr="004D021B" w:rsidRDefault="00A87145">
            <w:pPr>
              <w:spacing w:after="60" w:line="252" w:lineRule="auto"/>
              <w:jc w:val="center"/>
              <w:rPr>
                <w:lang w:val="fr-BE"/>
              </w:rPr>
            </w:pPr>
          </w:p>
        </w:tc>
      </w:tr>
      <w:tr w:rsidR="00A87145" w14:paraId="31CDEC88" w14:textId="77777777">
        <w:trPr>
          <w:jc w:val="center"/>
        </w:trPr>
        <w:tc>
          <w:tcPr>
            <w:tcW w:w="51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01226A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sz w:val="20"/>
                <w:szCs w:val="28"/>
              </w:rPr>
              <w:t>Remarques</w:t>
            </w: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9224A9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952D4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F7CEDE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C80A12" w14:textId="77777777" w:rsidR="00A87145" w:rsidRDefault="00A87145">
            <w:pPr>
              <w:spacing w:after="60" w:line="252" w:lineRule="auto"/>
              <w:jc w:val="center"/>
            </w:pPr>
          </w:p>
        </w:tc>
        <w:tc>
          <w:tcPr>
            <w:tcW w:w="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370BD6" w14:textId="77777777" w:rsidR="00A87145" w:rsidRDefault="00A87145">
            <w:pPr>
              <w:spacing w:after="60" w:line="252" w:lineRule="auto"/>
              <w:jc w:val="center"/>
            </w:pPr>
          </w:p>
        </w:tc>
      </w:tr>
    </w:tbl>
    <w:p w14:paraId="43F7E470" w14:textId="77777777" w:rsidR="00A87145" w:rsidRDefault="00A87145">
      <w:pPr>
        <w:spacing w:after="0" w:line="240" w:lineRule="auto"/>
      </w:pPr>
    </w:p>
    <w:p w14:paraId="18037E06" w14:textId="77777777" w:rsidR="006C2519" w:rsidRDefault="006C2519" w:rsidP="006C2519">
      <w:pPr>
        <w:pStyle w:val="Titre1"/>
        <w:spacing w:before="320" w:after="160"/>
      </w:pPr>
      <w:r>
        <w:rPr>
          <w:rFonts w:ascii="Arial" w:hAnsi="Arial" w:cs="Arial"/>
          <w:b/>
          <w:bCs w:val="0"/>
          <w:color w:val="F39200"/>
          <w:sz w:val="26"/>
          <w:szCs w:val="32"/>
        </w:rPr>
        <w:t>Signatures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A87145" w14:paraId="51EC5883" w14:textId="77777777" w:rsidTr="002A5E9A"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065DC8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Signature du collaborateur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48A4EF" w14:textId="77777777" w:rsidR="00A87145" w:rsidRPr="004D021B" w:rsidRDefault="00051E1C">
            <w:pPr>
              <w:spacing w:after="60" w:line="252" w:lineRule="auto"/>
              <w:rPr>
                <w:szCs w:val="28"/>
              </w:rPr>
            </w:pPr>
            <w:r w:rsidRPr="004D021B">
              <w:rPr>
                <w:b/>
                <w:color w:val="FFFFFF"/>
                <w:sz w:val="20"/>
                <w:szCs w:val="28"/>
              </w:rPr>
              <w:t>Signature du responsable</w:t>
            </w:r>
          </w:p>
        </w:tc>
      </w:tr>
      <w:tr w:rsidR="00A87145" w14:paraId="10B55B07" w14:textId="77777777" w:rsidTr="002A5E9A"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0C84CF" w14:textId="77777777" w:rsidR="00A87145" w:rsidRDefault="00051E1C">
            <w:pPr>
              <w:spacing w:after="60" w:line="252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4FF6A1" w14:textId="77777777" w:rsidR="00A87145" w:rsidRDefault="00051E1C">
            <w:pPr>
              <w:spacing w:after="60" w:line="252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1871DB89" w14:textId="77777777" w:rsidR="00051E1C" w:rsidRDefault="00051E1C">
      <w:pPr>
        <w:spacing w:after="0" w:line="20" w:lineRule="exact"/>
      </w:pPr>
    </w:p>
    <w:sectPr w:rsidR="00051E1C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A2123" w14:textId="77777777" w:rsidR="00D957DD" w:rsidRDefault="00D957DD">
      <w:pPr>
        <w:spacing w:after="0" w:line="240" w:lineRule="auto"/>
      </w:pPr>
      <w:r>
        <w:separator/>
      </w:r>
    </w:p>
  </w:endnote>
  <w:endnote w:type="continuationSeparator" w:id="0">
    <w:p w14:paraId="39184502" w14:textId="77777777" w:rsidR="00D957DD" w:rsidRDefault="00D95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4888" w14:textId="77777777" w:rsidR="00AD014B" w:rsidRDefault="00AD014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322BD" w14:textId="77777777" w:rsidR="00FE4098" w:rsidRDefault="0008112D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C079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5FE7" w14:textId="77777777" w:rsidR="00AD014B" w:rsidRDefault="00AD01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B29F4" w14:textId="77777777" w:rsidR="00D957DD" w:rsidRDefault="00D957DD">
      <w:pPr>
        <w:spacing w:after="0" w:line="240" w:lineRule="auto"/>
      </w:pPr>
      <w:r>
        <w:separator/>
      </w:r>
    </w:p>
  </w:footnote>
  <w:footnote w:type="continuationSeparator" w:id="0">
    <w:p w14:paraId="34EC8BD7" w14:textId="77777777" w:rsidR="00D957DD" w:rsidRDefault="00D95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02E9" w14:textId="77777777" w:rsidR="00AD014B" w:rsidRDefault="00AD014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FD35" w14:textId="77777777" w:rsidR="00AD014B" w:rsidRDefault="00AD014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2595" w14:textId="77777777" w:rsidR="00AD014B" w:rsidRDefault="00AD014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▪"/>
      <w:lvlJc w:val="left"/>
      <w:pPr>
        <w:tabs>
          <w:tab w:val="num" w:pos="1080"/>
        </w:tabs>
        <w:ind w:left="1080" w:hanging="360"/>
      </w:pPr>
      <w:rPr>
        <w:rFonts w:ascii="Arial" w:hAnsi="Arial"/>
        <w:color w:val="1A9AA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▪"/>
      <w:lvlJc w:val="left"/>
      <w:pPr>
        <w:tabs>
          <w:tab w:val="num" w:pos="360"/>
        </w:tabs>
        <w:ind w:left="360" w:hanging="360"/>
      </w:pPr>
      <w:rPr>
        <w:rFonts w:ascii="Arial" w:hAnsi="Arial"/>
        <w:color w:val="1A9AA0"/>
      </w:rPr>
    </w:lvl>
  </w:abstractNum>
  <w:num w:numId="1" w16cid:durableId="1945646666">
    <w:abstractNumId w:val="8"/>
  </w:num>
  <w:num w:numId="2" w16cid:durableId="730467737">
    <w:abstractNumId w:val="6"/>
  </w:num>
  <w:num w:numId="3" w16cid:durableId="547762285">
    <w:abstractNumId w:val="5"/>
  </w:num>
  <w:num w:numId="4" w16cid:durableId="2120101599">
    <w:abstractNumId w:val="4"/>
  </w:num>
  <w:num w:numId="5" w16cid:durableId="1666320465">
    <w:abstractNumId w:val="7"/>
  </w:num>
  <w:num w:numId="6" w16cid:durableId="1827279989">
    <w:abstractNumId w:val="3"/>
  </w:num>
  <w:num w:numId="7" w16cid:durableId="1021904475">
    <w:abstractNumId w:val="2"/>
  </w:num>
  <w:num w:numId="8" w16cid:durableId="1343776741">
    <w:abstractNumId w:val="1"/>
  </w:num>
  <w:num w:numId="9" w16cid:durableId="62666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57A"/>
    <w:rsid w:val="00034616"/>
    <w:rsid w:val="00051E1C"/>
    <w:rsid w:val="0006063C"/>
    <w:rsid w:val="0008112D"/>
    <w:rsid w:val="00107E7A"/>
    <w:rsid w:val="0015074B"/>
    <w:rsid w:val="0029639D"/>
    <w:rsid w:val="002A5E9A"/>
    <w:rsid w:val="002C7F7A"/>
    <w:rsid w:val="00326F90"/>
    <w:rsid w:val="003C0797"/>
    <w:rsid w:val="004061A0"/>
    <w:rsid w:val="00476132"/>
    <w:rsid w:val="00483975"/>
    <w:rsid w:val="0048664B"/>
    <w:rsid w:val="004D021B"/>
    <w:rsid w:val="004D05C4"/>
    <w:rsid w:val="005C78FE"/>
    <w:rsid w:val="0067455F"/>
    <w:rsid w:val="0067795B"/>
    <w:rsid w:val="006C2519"/>
    <w:rsid w:val="006C7A5C"/>
    <w:rsid w:val="00751548"/>
    <w:rsid w:val="007926DF"/>
    <w:rsid w:val="007E7282"/>
    <w:rsid w:val="00817D11"/>
    <w:rsid w:val="00830E0B"/>
    <w:rsid w:val="00842B15"/>
    <w:rsid w:val="009024AF"/>
    <w:rsid w:val="00A130E1"/>
    <w:rsid w:val="00A87145"/>
    <w:rsid w:val="00AA1D8D"/>
    <w:rsid w:val="00AD014B"/>
    <w:rsid w:val="00B35E2E"/>
    <w:rsid w:val="00B47730"/>
    <w:rsid w:val="00B50521"/>
    <w:rsid w:val="00C6713C"/>
    <w:rsid w:val="00CB0664"/>
    <w:rsid w:val="00CC3C92"/>
    <w:rsid w:val="00D957DD"/>
    <w:rsid w:val="00E941D2"/>
    <w:rsid w:val="00FC693F"/>
    <w:rsid w:val="00FE4098"/>
    <w:rsid w:val="00FF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9ABBB"/>
  <w14:defaultImageDpi w14:val="300"/>
  <w15:docId w15:val="{728F991B-9BEE-4D91-95C1-14D81ADA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22222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Cs/>
      <w:color w:val="087990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Cs/>
      <w:color w:val="087990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/>
      <w:color w:val="E88700"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 Title"/>
    <w:rsid w:val="00830E0B"/>
    <w:pPr>
      <w:spacing w:after="360" w:line="240" w:lineRule="auto"/>
      <w:jc w:val="center"/>
    </w:pPr>
    <w:rPr>
      <w:rFonts w:ascii="Arial" w:eastAsia="Arial" w:hAnsi="Arial" w:cs="Arial"/>
      <w:b/>
      <w:bCs/>
      <w:color w:val="1A9AA0"/>
      <w:sz w:val="40"/>
      <w:szCs w:val="40"/>
      <w:lang w:val="fr-BE" w:eastAsia="fr-BE"/>
    </w:rPr>
  </w:style>
  <w:style w:type="paragraph" w:customStyle="1" w:styleId="SectionHead">
    <w:name w:val="Section Head"/>
    <w:rsid w:val="006C7A5C"/>
    <w:pPr>
      <w:spacing w:before="320" w:after="160" w:line="240" w:lineRule="auto"/>
    </w:pPr>
    <w:rPr>
      <w:rFonts w:ascii="Arial" w:eastAsia="Arial" w:hAnsi="Arial" w:cs="Arial"/>
      <w:b/>
      <w:bCs/>
      <w:color w:val="1A9AA0"/>
      <w:sz w:val="28"/>
      <w:szCs w:val="28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342DA1-6D99-4769-AD45-AA39983040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4DA460-079C-4282-9326-7C8B75300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5286D9-8D4E-485B-B891-01F2FC5C2BBB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Bamberger</cp:lastModifiedBy>
  <cp:revision>5</cp:revision>
  <cp:lastPrinted>2026-10-05T08:21:00Z</cp:lastPrinted>
  <dcterms:created xsi:type="dcterms:W3CDTF">2026-10-09T13:14:00Z</dcterms:created>
  <dcterms:modified xsi:type="dcterms:W3CDTF">2026-10-09T13:36:00Z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