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D5EC8" w14:textId="77777777" w:rsidR="007B43C9" w:rsidRPr="00FF4B5D" w:rsidRDefault="007B43C9" w:rsidP="007B43C9">
      <w:pPr>
        <w:pStyle w:val="Titre"/>
        <w:keepLines/>
        <w:spacing w:after="360" w:line="276" w:lineRule="auto"/>
        <w:jc w:val="center"/>
        <w:rPr>
          <w:lang w:val="fr-BE"/>
        </w:rPr>
      </w:pPr>
      <w:r w:rsidRPr="00FF4B5D">
        <w:rPr>
          <w:rFonts w:ascii="Arial" w:hAnsi="Arial" w:cs="Arial"/>
          <w:b/>
          <w:bCs/>
          <w:color w:val="1A9AA0"/>
          <w:sz w:val="40"/>
          <w:szCs w:val="40"/>
          <w:lang w:val="fr-BE"/>
        </w:rPr>
        <w:t>Entretien de départ</w:t>
      </w:r>
    </w:p>
    <w:p w14:paraId="7A99EB01" w14:textId="77777777" w:rsidR="007B43C9" w:rsidRPr="007B43C9" w:rsidRDefault="007B43C9" w:rsidP="007B43C9">
      <w:pPr>
        <w:keepLines/>
        <w:spacing w:after="160"/>
        <w:rPr>
          <w:lang w:val="fr-BE"/>
        </w:rPr>
      </w:pPr>
      <w:r w:rsidRPr="007B43C9">
        <w:rPr>
          <w:rFonts w:cs="Arial"/>
          <w:lang w:val="fr-BE"/>
        </w:rPr>
        <w:t>À l’occasion de la fin de notre collaboration, nous vous invitons à un entretien de départ. Cet entretien a pour objectif de recueillir votre expérience au sein de l’organisation et d’identifier les améliorations possibles.</w:t>
      </w:r>
    </w:p>
    <w:p w14:paraId="7DD98915" w14:textId="77777777" w:rsidR="007B43C9" w:rsidRPr="00FF4B5D" w:rsidRDefault="007B43C9" w:rsidP="007B43C9">
      <w:pPr>
        <w:pStyle w:val="Titre1"/>
        <w:spacing w:before="320" w:after="160"/>
        <w:rPr>
          <w:lang w:val="fr-BE"/>
        </w:rPr>
      </w:pPr>
      <w:r w:rsidRPr="00FF4B5D">
        <w:rPr>
          <w:rFonts w:ascii="Arial" w:hAnsi="Arial" w:cs="Arial"/>
          <w:bCs w:val="0"/>
          <w:color w:val="1A9AA0"/>
          <w:szCs w:val="32"/>
          <w:lang w:val="fr-BE"/>
        </w:rPr>
        <w:t>I. Informations personnelles</w:t>
      </w:r>
    </w:p>
    <w:p w14:paraId="1D6CF76C" w14:textId="77777777" w:rsidR="007B43C9" w:rsidRPr="007B43C9" w:rsidRDefault="007B43C9" w:rsidP="007B43C9">
      <w:pPr>
        <w:keepLines/>
        <w:spacing w:after="160"/>
        <w:rPr>
          <w:lang w:val="fr-BE"/>
        </w:rPr>
      </w:pPr>
      <w:r w:rsidRPr="007B43C9">
        <w:rPr>
          <w:rFonts w:cs="Arial"/>
          <w:lang w:val="fr-BE"/>
        </w:rPr>
        <w:t>Nom :</w:t>
      </w:r>
    </w:p>
    <w:p w14:paraId="785CA965" w14:textId="77777777" w:rsidR="007B43C9" w:rsidRPr="007B43C9" w:rsidRDefault="007B43C9" w:rsidP="007B43C9">
      <w:pPr>
        <w:keepLines/>
        <w:spacing w:after="160"/>
        <w:rPr>
          <w:lang w:val="fr-BE"/>
        </w:rPr>
      </w:pPr>
      <w:r w:rsidRPr="007B43C9">
        <w:rPr>
          <w:rFonts w:cs="Arial"/>
          <w:lang w:val="fr-BE"/>
        </w:rPr>
        <w:t xml:space="preserve">Date de naissance : </w:t>
      </w:r>
    </w:p>
    <w:p w14:paraId="15DB8C9E" w14:textId="77777777" w:rsidR="007B43C9" w:rsidRPr="007B43C9" w:rsidRDefault="007B43C9" w:rsidP="007B43C9">
      <w:pPr>
        <w:keepLines/>
        <w:spacing w:after="160"/>
        <w:rPr>
          <w:lang w:val="fr-BE"/>
        </w:rPr>
      </w:pPr>
      <w:r w:rsidRPr="007B43C9">
        <w:rPr>
          <w:rFonts w:cs="Arial"/>
          <w:lang w:val="fr-BE"/>
        </w:rPr>
        <w:t>Date d’entrée en service :</w:t>
      </w:r>
    </w:p>
    <w:p w14:paraId="22AE45DE" w14:textId="77777777" w:rsidR="007B43C9" w:rsidRPr="007B43C9" w:rsidRDefault="007B43C9" w:rsidP="007B43C9">
      <w:pPr>
        <w:keepLines/>
        <w:spacing w:after="160"/>
        <w:rPr>
          <w:lang w:val="fr-BE"/>
        </w:rPr>
      </w:pPr>
      <w:r w:rsidRPr="007B43C9">
        <w:rPr>
          <w:rFonts w:cs="Arial"/>
          <w:lang w:val="fr-BE"/>
        </w:rPr>
        <w:t xml:space="preserve">Heures de travail par semaine : </w:t>
      </w:r>
    </w:p>
    <w:p w14:paraId="12BB1F88" w14:textId="77777777" w:rsidR="007B43C9" w:rsidRPr="007B43C9" w:rsidRDefault="007B43C9" w:rsidP="007B43C9">
      <w:pPr>
        <w:keepLines/>
        <w:spacing w:after="160"/>
        <w:rPr>
          <w:lang w:val="fr-BE"/>
        </w:rPr>
      </w:pPr>
      <w:r w:rsidRPr="007B43C9">
        <w:rPr>
          <w:rFonts w:cs="Arial"/>
          <w:lang w:val="fr-BE"/>
        </w:rPr>
        <w:t>Date de départ :</w:t>
      </w:r>
    </w:p>
    <w:p w14:paraId="2FB55BA1" w14:textId="77777777" w:rsidR="007B43C9" w:rsidRPr="00FF4B5D" w:rsidRDefault="007B43C9" w:rsidP="007B43C9">
      <w:pPr>
        <w:pStyle w:val="Titre1"/>
        <w:spacing w:before="320" w:after="160"/>
        <w:rPr>
          <w:lang w:val="fr-BE"/>
        </w:rPr>
      </w:pPr>
      <w:r w:rsidRPr="00FF4B5D">
        <w:rPr>
          <w:rFonts w:ascii="Arial" w:hAnsi="Arial" w:cs="Arial"/>
          <w:bCs w:val="0"/>
          <w:color w:val="1A9AA0"/>
          <w:szCs w:val="32"/>
          <w:lang w:val="fr-BE"/>
        </w:rPr>
        <w:t>II. Motif du départ</w:t>
      </w:r>
    </w:p>
    <w:p w14:paraId="5B89044E" w14:textId="77777777" w:rsidR="007B43C9" w:rsidRPr="007B43C9" w:rsidRDefault="007B43C9" w:rsidP="007B43C9">
      <w:pPr>
        <w:keepLines/>
        <w:spacing w:after="160"/>
        <w:rPr>
          <w:lang w:val="fr-BE"/>
        </w:rPr>
      </w:pPr>
      <w:r w:rsidRPr="007B43C9">
        <w:rPr>
          <w:rFonts w:cs="Arial"/>
          <w:lang w:val="fr-BE"/>
        </w:rPr>
        <w:t>Quelle est la raison de votre départ ?</w:t>
      </w:r>
    </w:p>
    <w:p w14:paraId="327715DA" w14:textId="77777777" w:rsidR="007B43C9" w:rsidRPr="007B43C9" w:rsidRDefault="007B43C9" w:rsidP="007B43C9">
      <w:pPr>
        <w:spacing w:after="0" w:line="240" w:lineRule="auto"/>
        <w:rPr>
          <w:lang w:val="fr-BE"/>
        </w:rPr>
      </w:pPr>
      <w:r w:rsidRPr="007B43C9">
        <w:rPr>
          <w:rFonts w:cs="Arial"/>
          <w:lang w:val="fr-BE"/>
        </w:rPr>
        <w:t xml:space="preserve"> </w:t>
      </w:r>
    </w:p>
    <w:p w14:paraId="1D8E2D28" w14:textId="77777777" w:rsidR="007B43C9" w:rsidRPr="007B43C9" w:rsidRDefault="007B43C9" w:rsidP="007B43C9">
      <w:pPr>
        <w:spacing w:after="0" w:line="240" w:lineRule="auto"/>
        <w:rPr>
          <w:lang w:val="fr-BE"/>
        </w:rPr>
      </w:pPr>
      <w:r w:rsidRPr="007B43C9">
        <w:rPr>
          <w:rFonts w:cs="Arial"/>
          <w:lang w:val="fr-BE"/>
        </w:rPr>
        <w:t xml:space="preserve"> </w:t>
      </w:r>
    </w:p>
    <w:p w14:paraId="72670CA7" w14:textId="77777777" w:rsidR="007B43C9" w:rsidRPr="007B43C9" w:rsidRDefault="007B43C9" w:rsidP="007B43C9">
      <w:pPr>
        <w:keepLines/>
        <w:spacing w:after="160"/>
        <w:rPr>
          <w:lang w:val="fr-BE"/>
        </w:rPr>
      </w:pPr>
      <w:r w:rsidRPr="007B43C9">
        <w:rPr>
          <w:rFonts w:cs="Arial"/>
          <w:lang w:val="fr-BE"/>
        </w:rPr>
        <w:t>Notre organisation aurait-elle pu apporter des changements pour vous retenir ?</w:t>
      </w:r>
    </w:p>
    <w:p w14:paraId="765D5A8D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Oui</w:t>
      </w:r>
    </w:p>
    <w:p w14:paraId="7667C509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Non</w:t>
      </w:r>
    </w:p>
    <w:p w14:paraId="05FEE72E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Je ne sais pas</w:t>
      </w:r>
    </w:p>
    <w:p w14:paraId="1EF77B65" w14:textId="77777777" w:rsidR="007B43C9" w:rsidRDefault="007B43C9" w:rsidP="007B43C9">
      <w:pPr>
        <w:keepLines/>
        <w:spacing w:after="160"/>
      </w:pPr>
      <w:r>
        <w:rPr>
          <w:rFonts w:cs="Arial"/>
        </w:rPr>
        <w:t>Si oui, lesquels ?</w:t>
      </w:r>
    </w:p>
    <w:p w14:paraId="1745A790" w14:textId="77777777" w:rsidR="007B43C9" w:rsidRDefault="007B43C9" w:rsidP="007B43C9">
      <w:pPr>
        <w:spacing w:after="0" w:line="240" w:lineRule="auto"/>
      </w:pPr>
      <w:r>
        <w:rPr>
          <w:rFonts w:cs="Arial"/>
        </w:rPr>
        <w:t xml:space="preserve"> </w:t>
      </w:r>
    </w:p>
    <w:p w14:paraId="6639F8EE" w14:textId="77777777" w:rsidR="007B43C9" w:rsidRDefault="007B43C9" w:rsidP="007B43C9">
      <w:pPr>
        <w:spacing w:after="0" w:line="240" w:lineRule="auto"/>
      </w:pPr>
      <w:r>
        <w:rPr>
          <w:rFonts w:cs="Arial"/>
        </w:rPr>
        <w:t xml:space="preserve"> </w:t>
      </w:r>
    </w:p>
    <w:p w14:paraId="590FB673" w14:textId="77777777" w:rsidR="007B43C9" w:rsidRPr="007B43C9" w:rsidRDefault="007B43C9" w:rsidP="007B43C9">
      <w:pPr>
        <w:keepLines/>
        <w:spacing w:after="160"/>
        <w:rPr>
          <w:lang w:val="fr-BE"/>
        </w:rPr>
      </w:pPr>
      <w:r w:rsidRPr="007B43C9">
        <w:rPr>
          <w:rFonts w:cs="Arial"/>
          <w:lang w:val="fr-BE"/>
        </w:rPr>
        <w:t>Si oui, en aviez-vous déjà discuté avec votre responsable ?</w:t>
      </w:r>
    </w:p>
    <w:p w14:paraId="4AD73A82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Oui</w:t>
      </w:r>
    </w:p>
    <w:p w14:paraId="3DEC7A2C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Non</w:t>
      </w:r>
    </w:p>
    <w:p w14:paraId="3417C7DF" w14:textId="77777777" w:rsidR="007B43C9" w:rsidRP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  <w:rPr>
          <w:lang w:val="fr-BE"/>
        </w:rPr>
      </w:pPr>
      <w:r w:rsidRPr="007B43C9">
        <w:rPr>
          <w:rFonts w:cs="Arial"/>
          <w:lang w:val="fr-BE"/>
        </w:rPr>
        <w:t>Non, mais j’en aurais eu besoin</w:t>
      </w:r>
    </w:p>
    <w:p w14:paraId="0F5B8058" w14:textId="77777777" w:rsidR="007B43C9" w:rsidRPr="007B43C9" w:rsidRDefault="007B43C9" w:rsidP="007B43C9">
      <w:pPr>
        <w:keepLines/>
        <w:spacing w:after="160"/>
        <w:rPr>
          <w:lang w:val="fr-BE"/>
        </w:rPr>
      </w:pPr>
      <w:r w:rsidRPr="007B43C9">
        <w:rPr>
          <w:rFonts w:cs="Arial"/>
          <w:lang w:val="fr-BE"/>
        </w:rPr>
        <w:t>Souhaiteriez-vous retravailler au sein de notre organisation à l’avenir ?</w:t>
      </w:r>
    </w:p>
    <w:p w14:paraId="44576AA3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Oui</w:t>
      </w:r>
    </w:p>
    <w:p w14:paraId="68A2D1AB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Non</w:t>
      </w:r>
    </w:p>
    <w:p w14:paraId="495280E3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Difficile à dire</w:t>
      </w:r>
    </w:p>
    <w:p w14:paraId="7D27504A" w14:textId="77777777" w:rsidR="007B43C9" w:rsidRDefault="007B43C9" w:rsidP="007B43C9">
      <w:pPr>
        <w:spacing w:after="0" w:line="240" w:lineRule="auto"/>
      </w:pPr>
    </w:p>
    <w:p w14:paraId="68402031" w14:textId="77777777" w:rsidR="007B43C9" w:rsidRDefault="007B43C9" w:rsidP="007B43C9">
      <w:pPr>
        <w:spacing w:after="0" w:line="240" w:lineRule="auto"/>
      </w:pPr>
    </w:p>
    <w:p w14:paraId="7F1FD4A2" w14:textId="77777777" w:rsidR="007B43C9" w:rsidRDefault="007B43C9" w:rsidP="007B43C9">
      <w:pPr>
        <w:spacing w:after="0" w:line="240" w:lineRule="auto"/>
      </w:pPr>
    </w:p>
    <w:p w14:paraId="2AEBC949" w14:textId="77777777" w:rsidR="00FF4B5D" w:rsidRDefault="00FF4B5D" w:rsidP="007B43C9">
      <w:pPr>
        <w:spacing w:after="0" w:line="240" w:lineRule="auto"/>
      </w:pPr>
    </w:p>
    <w:p w14:paraId="032D4D15" w14:textId="77777777" w:rsidR="007B43C9" w:rsidRDefault="007B43C9" w:rsidP="007B43C9">
      <w:pPr>
        <w:pStyle w:val="Titre1"/>
        <w:spacing w:before="320" w:after="160"/>
      </w:pPr>
      <w:r>
        <w:rPr>
          <w:rFonts w:ascii="Arial" w:hAnsi="Arial" w:cs="Arial"/>
          <w:bCs w:val="0"/>
          <w:color w:val="1A9AA0"/>
          <w:szCs w:val="32"/>
        </w:rPr>
        <w:lastRenderedPageBreak/>
        <w:t>III. Satisfaction au travail</w:t>
      </w:r>
    </w:p>
    <w:p w14:paraId="7BF2C66A" w14:textId="77777777" w:rsidR="007B43C9" w:rsidRPr="007B43C9" w:rsidRDefault="007B43C9" w:rsidP="007B43C9">
      <w:pPr>
        <w:keepLines/>
        <w:spacing w:after="160"/>
        <w:rPr>
          <w:lang w:val="fr-BE"/>
        </w:rPr>
      </w:pPr>
      <w:r w:rsidRPr="007B43C9">
        <w:rPr>
          <w:rFonts w:cs="Arial"/>
          <w:lang w:val="fr-BE"/>
        </w:rPr>
        <w:t>Comment avez-vous vécu votre expérience de travail au sein de notre organisation ?</w:t>
      </w:r>
    </w:p>
    <w:p w14:paraId="2BB2BBA9" w14:textId="77777777" w:rsidR="007B43C9" w:rsidRPr="007B43C9" w:rsidRDefault="007B43C9" w:rsidP="007B43C9">
      <w:pPr>
        <w:spacing w:after="0" w:line="240" w:lineRule="auto"/>
        <w:rPr>
          <w:lang w:val="fr-BE"/>
        </w:rPr>
      </w:pPr>
      <w:r w:rsidRPr="007B43C9">
        <w:rPr>
          <w:rFonts w:cs="Arial"/>
          <w:lang w:val="fr-BE"/>
        </w:rPr>
        <w:t xml:space="preserve"> </w:t>
      </w:r>
    </w:p>
    <w:p w14:paraId="02D60336" w14:textId="77777777" w:rsidR="007B43C9" w:rsidRPr="007B43C9" w:rsidRDefault="007B43C9" w:rsidP="007B43C9">
      <w:pPr>
        <w:spacing w:after="0" w:line="240" w:lineRule="auto"/>
        <w:rPr>
          <w:lang w:val="fr-BE"/>
        </w:rPr>
      </w:pPr>
      <w:r w:rsidRPr="007B43C9">
        <w:rPr>
          <w:rFonts w:cs="Arial"/>
          <w:lang w:val="fr-BE"/>
        </w:rPr>
        <w:t xml:space="preserve"> </w:t>
      </w:r>
    </w:p>
    <w:p w14:paraId="6745E6A9" w14:textId="77777777" w:rsidR="007B43C9" w:rsidRPr="007B43C9" w:rsidRDefault="007B43C9" w:rsidP="007B43C9">
      <w:pPr>
        <w:keepLines/>
        <w:spacing w:after="160"/>
        <w:rPr>
          <w:lang w:val="fr-BE"/>
        </w:rPr>
      </w:pPr>
      <w:r w:rsidRPr="007B43C9">
        <w:rPr>
          <w:rFonts w:cs="Arial"/>
          <w:lang w:val="fr-BE"/>
        </w:rPr>
        <w:t>Qu’est-ce qui vous apportait le plus de satisfaction au travail ?</w:t>
      </w:r>
    </w:p>
    <w:p w14:paraId="7FAEDC80" w14:textId="77777777" w:rsidR="007B43C9" w:rsidRPr="007B43C9" w:rsidRDefault="007B43C9" w:rsidP="007B43C9">
      <w:pPr>
        <w:spacing w:after="0" w:line="240" w:lineRule="auto"/>
        <w:rPr>
          <w:lang w:val="fr-BE"/>
        </w:rPr>
      </w:pPr>
      <w:r w:rsidRPr="007B43C9">
        <w:rPr>
          <w:rFonts w:cs="Arial"/>
          <w:lang w:val="fr-BE"/>
        </w:rPr>
        <w:t xml:space="preserve"> </w:t>
      </w:r>
    </w:p>
    <w:p w14:paraId="724E1C0C" w14:textId="77777777" w:rsidR="007B43C9" w:rsidRPr="007B43C9" w:rsidRDefault="007B43C9" w:rsidP="007B43C9">
      <w:pPr>
        <w:spacing w:after="0" w:line="240" w:lineRule="auto"/>
        <w:rPr>
          <w:lang w:val="fr-BE"/>
        </w:rPr>
      </w:pPr>
      <w:r w:rsidRPr="007B43C9">
        <w:rPr>
          <w:rFonts w:cs="Arial"/>
          <w:lang w:val="fr-BE"/>
        </w:rPr>
        <w:t xml:space="preserve"> </w:t>
      </w:r>
    </w:p>
    <w:p w14:paraId="3996FACF" w14:textId="77777777" w:rsidR="007B43C9" w:rsidRPr="007B43C9" w:rsidRDefault="007B43C9" w:rsidP="007B43C9">
      <w:pPr>
        <w:keepLines/>
        <w:spacing w:after="160"/>
        <w:rPr>
          <w:lang w:val="fr-BE"/>
        </w:rPr>
      </w:pPr>
      <w:r w:rsidRPr="007B43C9">
        <w:rPr>
          <w:rFonts w:cs="Arial"/>
          <w:lang w:val="fr-BE"/>
        </w:rPr>
        <w:t>Qu’est-ce qui avait un impact négatif sur votre satisfaction au travail ?</w:t>
      </w:r>
    </w:p>
    <w:p w14:paraId="7020BA2D" w14:textId="77777777" w:rsidR="007B43C9" w:rsidRPr="007B43C9" w:rsidRDefault="007B43C9" w:rsidP="007B43C9">
      <w:pPr>
        <w:spacing w:after="0" w:line="240" w:lineRule="auto"/>
        <w:rPr>
          <w:lang w:val="fr-BE"/>
        </w:rPr>
      </w:pPr>
      <w:r w:rsidRPr="007B43C9">
        <w:rPr>
          <w:rFonts w:cs="Arial"/>
          <w:lang w:val="fr-BE"/>
        </w:rPr>
        <w:t xml:space="preserve"> </w:t>
      </w:r>
    </w:p>
    <w:p w14:paraId="32934E87" w14:textId="77777777" w:rsidR="007B43C9" w:rsidRPr="007B43C9" w:rsidRDefault="007B43C9" w:rsidP="007B43C9">
      <w:pPr>
        <w:spacing w:after="0" w:line="240" w:lineRule="auto"/>
        <w:rPr>
          <w:lang w:val="fr-BE"/>
        </w:rPr>
      </w:pPr>
      <w:r w:rsidRPr="007B43C9">
        <w:rPr>
          <w:rFonts w:cs="Arial"/>
          <w:lang w:val="fr-BE"/>
        </w:rPr>
        <w:t xml:space="preserve"> </w:t>
      </w:r>
    </w:p>
    <w:p w14:paraId="58386663" w14:textId="77777777" w:rsidR="007B43C9" w:rsidRPr="007B43C9" w:rsidRDefault="007B43C9" w:rsidP="007B43C9">
      <w:pPr>
        <w:keepLines/>
        <w:spacing w:after="160"/>
        <w:rPr>
          <w:lang w:val="fr-BE"/>
        </w:rPr>
      </w:pPr>
      <w:r w:rsidRPr="007B43C9">
        <w:rPr>
          <w:rFonts w:cs="Arial"/>
          <w:lang w:val="fr-BE"/>
        </w:rPr>
        <w:t>Qu’est-ce qui aurait pu accroître votre satisfaction au travail ?</w:t>
      </w:r>
    </w:p>
    <w:p w14:paraId="06BCB989" w14:textId="77777777" w:rsidR="007B43C9" w:rsidRPr="007B43C9" w:rsidRDefault="007B43C9" w:rsidP="007B43C9">
      <w:pPr>
        <w:spacing w:after="0" w:line="240" w:lineRule="auto"/>
        <w:rPr>
          <w:lang w:val="fr-BE"/>
        </w:rPr>
      </w:pPr>
      <w:r w:rsidRPr="007B43C9">
        <w:rPr>
          <w:rFonts w:cs="Arial"/>
          <w:lang w:val="fr-BE"/>
        </w:rPr>
        <w:t xml:space="preserve"> </w:t>
      </w:r>
    </w:p>
    <w:p w14:paraId="112680E2" w14:textId="77777777" w:rsidR="007B43C9" w:rsidRPr="007B43C9" w:rsidRDefault="007B43C9" w:rsidP="007B43C9">
      <w:pPr>
        <w:spacing w:after="0" w:line="240" w:lineRule="auto"/>
        <w:rPr>
          <w:lang w:val="fr-BE"/>
        </w:rPr>
      </w:pPr>
      <w:r w:rsidRPr="007B43C9">
        <w:rPr>
          <w:rFonts w:cs="Arial"/>
          <w:lang w:val="fr-BE"/>
        </w:rPr>
        <w:t xml:space="preserve"> </w:t>
      </w:r>
    </w:p>
    <w:p w14:paraId="0D2B15DA" w14:textId="77777777" w:rsidR="007B43C9" w:rsidRPr="00FF4B5D" w:rsidRDefault="007B43C9" w:rsidP="007B43C9">
      <w:pPr>
        <w:pStyle w:val="Titre1"/>
        <w:spacing w:before="320" w:after="160"/>
        <w:rPr>
          <w:lang w:val="fr-BE"/>
        </w:rPr>
      </w:pPr>
      <w:r w:rsidRPr="00FF4B5D">
        <w:rPr>
          <w:rFonts w:ascii="Arial" w:hAnsi="Arial" w:cs="Arial"/>
          <w:bCs w:val="0"/>
          <w:color w:val="1A9AA0"/>
          <w:szCs w:val="32"/>
          <w:lang w:val="fr-BE"/>
        </w:rPr>
        <w:t>IV. Suivi du personnel</w:t>
      </w:r>
    </w:p>
    <w:p w14:paraId="48F20511" w14:textId="77777777" w:rsidR="007B43C9" w:rsidRPr="007B43C9" w:rsidRDefault="007B43C9" w:rsidP="007B43C9">
      <w:pPr>
        <w:keepLines/>
        <w:spacing w:after="160"/>
        <w:rPr>
          <w:lang w:val="fr-BE"/>
        </w:rPr>
      </w:pPr>
      <w:r w:rsidRPr="007B43C9">
        <w:rPr>
          <w:rFonts w:cs="Arial"/>
          <w:lang w:val="fr-BE"/>
        </w:rPr>
        <w:t>Fréquence des entretiens de fonctionnement ou d’évaluation :</w:t>
      </w:r>
    </w:p>
    <w:p w14:paraId="07B931D9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Une fois par an</w:t>
      </w:r>
    </w:p>
    <w:p w14:paraId="66BA0F0C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Plusieurs fois par an</w:t>
      </w:r>
    </w:p>
    <w:p w14:paraId="0AE02890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Jamais</w:t>
      </w:r>
    </w:p>
    <w:p w14:paraId="5480D0B0" w14:textId="77777777" w:rsidR="007B43C9" w:rsidRDefault="007B43C9" w:rsidP="007B43C9">
      <w:pPr>
        <w:keepLines/>
        <w:spacing w:after="160"/>
      </w:pPr>
      <w:r>
        <w:rPr>
          <w:rFonts w:cs="Arial"/>
        </w:rPr>
        <w:t>Était-ce suffisant ?</w:t>
      </w:r>
    </w:p>
    <w:p w14:paraId="6CD2C880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Oui</w:t>
      </w:r>
    </w:p>
    <w:p w14:paraId="6D62CB29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Non</w:t>
      </w:r>
    </w:p>
    <w:p w14:paraId="0218DD0F" w14:textId="77777777" w:rsidR="007B43C9" w:rsidRPr="007B43C9" w:rsidRDefault="007B43C9" w:rsidP="007B43C9">
      <w:pPr>
        <w:keepLines/>
        <w:spacing w:after="160"/>
        <w:rPr>
          <w:lang w:val="fr-BE"/>
        </w:rPr>
      </w:pPr>
      <w:r w:rsidRPr="007B43C9">
        <w:rPr>
          <w:rFonts w:cs="Arial"/>
          <w:lang w:val="fr-BE"/>
        </w:rPr>
        <w:t>Les engagements pris ont-ils fait l’objet d’un suivi ?</w:t>
      </w:r>
    </w:p>
    <w:p w14:paraId="0EE530FD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Oui</w:t>
      </w:r>
    </w:p>
    <w:p w14:paraId="099517A8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Non</w:t>
      </w:r>
    </w:p>
    <w:p w14:paraId="37B945EC" w14:textId="77777777" w:rsidR="007B43C9" w:rsidRDefault="007B43C9" w:rsidP="007B43C9">
      <w:pPr>
        <w:keepLines/>
        <w:spacing w:after="160"/>
      </w:pPr>
      <w:r>
        <w:rPr>
          <w:rFonts w:cs="Arial"/>
        </w:rPr>
        <w:t>Précisez :</w:t>
      </w:r>
    </w:p>
    <w:p w14:paraId="59BC49EC" w14:textId="77777777" w:rsidR="007B43C9" w:rsidRDefault="007B43C9" w:rsidP="007B43C9">
      <w:pPr>
        <w:spacing w:after="0" w:line="240" w:lineRule="auto"/>
      </w:pPr>
      <w:r>
        <w:rPr>
          <w:rFonts w:cs="Arial"/>
        </w:rPr>
        <w:t xml:space="preserve"> </w:t>
      </w:r>
    </w:p>
    <w:p w14:paraId="276CBEC0" w14:textId="77777777" w:rsidR="007B43C9" w:rsidRDefault="007B43C9" w:rsidP="007B43C9">
      <w:pPr>
        <w:spacing w:after="0" w:line="240" w:lineRule="auto"/>
      </w:pPr>
      <w:r>
        <w:rPr>
          <w:rFonts w:cs="Arial"/>
        </w:rPr>
        <w:t xml:space="preserve"> </w:t>
      </w:r>
    </w:p>
    <w:p w14:paraId="11DE8154" w14:textId="77777777" w:rsidR="007B43C9" w:rsidRPr="007B43C9" w:rsidRDefault="007B43C9" w:rsidP="007B43C9">
      <w:pPr>
        <w:keepLines/>
        <w:spacing w:after="160"/>
        <w:rPr>
          <w:lang w:val="fr-BE"/>
        </w:rPr>
      </w:pPr>
      <w:r w:rsidRPr="007B43C9">
        <w:rPr>
          <w:rFonts w:cs="Arial"/>
          <w:lang w:val="fr-BE"/>
        </w:rPr>
        <w:t>Fréquence des échanges avec votre responsable :</w:t>
      </w:r>
    </w:p>
    <w:p w14:paraId="20142220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Plusieurs fois par mois</w:t>
      </w:r>
    </w:p>
    <w:p w14:paraId="3F6DD85A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Une fois par mois</w:t>
      </w:r>
    </w:p>
    <w:p w14:paraId="7411CD68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Moins d’une fois par mois</w:t>
      </w:r>
    </w:p>
    <w:p w14:paraId="6A021161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Jamais</w:t>
      </w:r>
    </w:p>
    <w:p w14:paraId="6C61A727" w14:textId="77777777" w:rsidR="007B43C9" w:rsidRDefault="007B43C9" w:rsidP="007B43C9">
      <w:pPr>
        <w:keepLines/>
        <w:spacing w:after="160"/>
      </w:pPr>
      <w:r>
        <w:rPr>
          <w:rFonts w:cs="Arial"/>
        </w:rPr>
        <w:t>Était-ce suffisant ?</w:t>
      </w:r>
    </w:p>
    <w:p w14:paraId="7956791A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Oui</w:t>
      </w:r>
    </w:p>
    <w:p w14:paraId="0570D70E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Non</w:t>
      </w:r>
    </w:p>
    <w:p w14:paraId="54F6EA42" w14:textId="77777777" w:rsidR="007B43C9" w:rsidRPr="007B43C9" w:rsidRDefault="007B43C9" w:rsidP="007B43C9">
      <w:pPr>
        <w:keepLines/>
        <w:spacing w:after="160"/>
        <w:rPr>
          <w:lang w:val="fr-BE"/>
        </w:rPr>
      </w:pPr>
      <w:r w:rsidRPr="007B43C9">
        <w:rPr>
          <w:rFonts w:cs="Arial"/>
          <w:lang w:val="fr-BE"/>
        </w:rPr>
        <w:t>Les engagements pris ont-ils fait l’objet d’un suivi ?</w:t>
      </w:r>
    </w:p>
    <w:p w14:paraId="1F85CC55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Oui</w:t>
      </w:r>
    </w:p>
    <w:p w14:paraId="6AFC90FF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Non</w:t>
      </w:r>
    </w:p>
    <w:p w14:paraId="765388B6" w14:textId="77777777" w:rsidR="007B43C9" w:rsidRDefault="007B43C9" w:rsidP="007B43C9">
      <w:pPr>
        <w:keepLines/>
        <w:spacing w:after="160"/>
      </w:pPr>
      <w:r>
        <w:rPr>
          <w:rFonts w:cs="Arial"/>
        </w:rPr>
        <w:lastRenderedPageBreak/>
        <w:t>Précisez :</w:t>
      </w:r>
    </w:p>
    <w:p w14:paraId="7DB0948A" w14:textId="77777777" w:rsidR="007B43C9" w:rsidRDefault="007B43C9" w:rsidP="007B43C9">
      <w:pPr>
        <w:spacing w:after="0" w:line="240" w:lineRule="auto"/>
      </w:pPr>
      <w:r>
        <w:rPr>
          <w:rFonts w:cs="Arial"/>
        </w:rPr>
        <w:t xml:space="preserve">  </w:t>
      </w:r>
    </w:p>
    <w:p w14:paraId="7A3F7E05" w14:textId="77777777" w:rsidR="007B43C9" w:rsidRDefault="007B43C9" w:rsidP="007B43C9">
      <w:pPr>
        <w:spacing w:after="0" w:line="240" w:lineRule="auto"/>
      </w:pPr>
    </w:p>
    <w:p w14:paraId="70D28AD0" w14:textId="77777777" w:rsidR="007B43C9" w:rsidRPr="00FF4B5D" w:rsidRDefault="007B43C9" w:rsidP="007B43C9">
      <w:pPr>
        <w:pStyle w:val="Titre1"/>
        <w:spacing w:before="320" w:after="160"/>
        <w:rPr>
          <w:lang w:val="fr-BE"/>
        </w:rPr>
      </w:pPr>
      <w:r w:rsidRPr="00FF4B5D">
        <w:rPr>
          <w:rFonts w:ascii="Arial" w:hAnsi="Arial" w:cs="Arial"/>
          <w:bCs w:val="0"/>
          <w:color w:val="1A9AA0"/>
          <w:szCs w:val="32"/>
          <w:lang w:val="fr-BE"/>
        </w:rPr>
        <w:t>V. Collaboration et environnement de travail</w:t>
      </w:r>
    </w:p>
    <w:p w14:paraId="58243749" w14:textId="77777777" w:rsidR="007B43C9" w:rsidRPr="007B43C9" w:rsidRDefault="007B43C9" w:rsidP="007B43C9">
      <w:pPr>
        <w:keepLines/>
        <w:spacing w:after="160"/>
        <w:rPr>
          <w:lang w:val="fr-BE"/>
        </w:rPr>
      </w:pPr>
      <w:r w:rsidRPr="007B43C9">
        <w:rPr>
          <w:rFonts w:cs="Arial"/>
          <w:lang w:val="fr-BE"/>
        </w:rPr>
        <w:t>Comment avez-vous vécu la collaboration avec votre responsable ?</w:t>
      </w:r>
    </w:p>
    <w:p w14:paraId="0069D0C0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Très positivement</w:t>
      </w:r>
    </w:p>
    <w:p w14:paraId="767A186F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Positivement</w:t>
      </w:r>
    </w:p>
    <w:p w14:paraId="45084D7E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De manière neutre</w:t>
      </w:r>
    </w:p>
    <w:p w14:paraId="6A91A3AD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Négativement</w:t>
      </w:r>
    </w:p>
    <w:p w14:paraId="704119EF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Très négativement</w:t>
      </w:r>
    </w:p>
    <w:p w14:paraId="0C8CC9DB" w14:textId="77777777" w:rsidR="007B43C9" w:rsidRPr="007B43C9" w:rsidRDefault="007B43C9" w:rsidP="007B43C9">
      <w:pPr>
        <w:keepLines/>
        <w:spacing w:after="160"/>
        <w:rPr>
          <w:lang w:val="fr-BE"/>
        </w:rPr>
      </w:pPr>
      <w:r w:rsidRPr="007B43C9">
        <w:rPr>
          <w:rFonts w:cs="Arial"/>
          <w:lang w:val="fr-BE"/>
        </w:rPr>
        <w:t>Précisez et points à améliorer :</w:t>
      </w:r>
    </w:p>
    <w:p w14:paraId="10289CEB" w14:textId="77777777" w:rsidR="007B43C9" w:rsidRPr="007B43C9" w:rsidRDefault="007B43C9" w:rsidP="007B43C9">
      <w:pPr>
        <w:spacing w:after="0" w:line="240" w:lineRule="auto"/>
        <w:rPr>
          <w:lang w:val="fr-BE"/>
        </w:rPr>
      </w:pPr>
      <w:r w:rsidRPr="007B43C9">
        <w:rPr>
          <w:rFonts w:cs="Arial"/>
          <w:lang w:val="fr-BE"/>
        </w:rPr>
        <w:t xml:space="preserve"> </w:t>
      </w:r>
    </w:p>
    <w:p w14:paraId="0118AC5B" w14:textId="77777777" w:rsidR="007B43C9" w:rsidRPr="007B43C9" w:rsidRDefault="007B43C9" w:rsidP="007B43C9">
      <w:pPr>
        <w:spacing w:after="0" w:line="240" w:lineRule="auto"/>
        <w:rPr>
          <w:lang w:val="fr-BE"/>
        </w:rPr>
      </w:pPr>
      <w:r w:rsidRPr="007B43C9">
        <w:rPr>
          <w:rFonts w:cs="Arial"/>
          <w:lang w:val="fr-BE"/>
        </w:rPr>
        <w:t xml:space="preserve"> </w:t>
      </w:r>
    </w:p>
    <w:p w14:paraId="2A98CF64" w14:textId="77777777" w:rsidR="007B43C9" w:rsidRPr="007B43C9" w:rsidRDefault="007B43C9" w:rsidP="007B43C9">
      <w:pPr>
        <w:keepLines/>
        <w:spacing w:after="160"/>
        <w:rPr>
          <w:lang w:val="fr-BE"/>
        </w:rPr>
      </w:pPr>
      <w:r w:rsidRPr="007B43C9">
        <w:rPr>
          <w:rFonts w:cs="Arial"/>
          <w:lang w:val="fr-BE"/>
        </w:rPr>
        <w:t>Comment avez-vous vécu la collaboration avec vos collègues ?</w:t>
      </w:r>
    </w:p>
    <w:p w14:paraId="4358E8E0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Très positivement</w:t>
      </w:r>
    </w:p>
    <w:p w14:paraId="44EAAB89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Positivement</w:t>
      </w:r>
    </w:p>
    <w:p w14:paraId="79C373F1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De manière neutre</w:t>
      </w:r>
    </w:p>
    <w:p w14:paraId="5A43E833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Négativement</w:t>
      </w:r>
    </w:p>
    <w:p w14:paraId="7A2FCBE8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Très négativement</w:t>
      </w:r>
    </w:p>
    <w:p w14:paraId="16AE8C41" w14:textId="77777777" w:rsidR="007B43C9" w:rsidRPr="007B43C9" w:rsidRDefault="007B43C9" w:rsidP="007B43C9">
      <w:pPr>
        <w:keepLines/>
        <w:spacing w:after="160"/>
        <w:rPr>
          <w:lang w:val="fr-BE"/>
        </w:rPr>
      </w:pPr>
      <w:r w:rsidRPr="007B43C9">
        <w:rPr>
          <w:rFonts w:cs="Arial"/>
          <w:lang w:val="fr-BE"/>
        </w:rPr>
        <w:t>Précisions et points à améliorer :</w:t>
      </w:r>
    </w:p>
    <w:p w14:paraId="41474E96" w14:textId="77777777" w:rsidR="007B43C9" w:rsidRPr="007B43C9" w:rsidRDefault="007B43C9" w:rsidP="007B43C9">
      <w:pPr>
        <w:spacing w:after="0" w:line="240" w:lineRule="auto"/>
        <w:rPr>
          <w:lang w:val="fr-BE"/>
        </w:rPr>
      </w:pPr>
      <w:r w:rsidRPr="007B43C9">
        <w:rPr>
          <w:rFonts w:cs="Arial"/>
          <w:lang w:val="fr-BE"/>
        </w:rPr>
        <w:t xml:space="preserve"> </w:t>
      </w:r>
    </w:p>
    <w:p w14:paraId="679EBA70" w14:textId="77777777" w:rsidR="007B43C9" w:rsidRPr="007B43C9" w:rsidRDefault="007B43C9" w:rsidP="007B43C9">
      <w:pPr>
        <w:spacing w:after="0" w:line="240" w:lineRule="auto"/>
        <w:rPr>
          <w:lang w:val="fr-BE"/>
        </w:rPr>
      </w:pPr>
      <w:r w:rsidRPr="007B43C9">
        <w:rPr>
          <w:rFonts w:cs="Arial"/>
          <w:lang w:val="fr-BE"/>
        </w:rPr>
        <w:t xml:space="preserve"> </w:t>
      </w:r>
    </w:p>
    <w:p w14:paraId="4F6354BF" w14:textId="77777777" w:rsidR="007B43C9" w:rsidRPr="007B43C9" w:rsidRDefault="007B43C9" w:rsidP="007B43C9">
      <w:pPr>
        <w:keepLines/>
        <w:spacing w:after="160"/>
        <w:rPr>
          <w:lang w:val="fr-BE"/>
        </w:rPr>
      </w:pPr>
      <w:r w:rsidRPr="007B43C9">
        <w:rPr>
          <w:rFonts w:cs="Arial"/>
          <w:lang w:val="fr-BE"/>
        </w:rPr>
        <w:t>Comment avez-vous vécu les conditions de travail (par exemple, lieu de travail, matériel, organisation du travail) ?</w:t>
      </w:r>
    </w:p>
    <w:p w14:paraId="30B6F91B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Très positivement</w:t>
      </w:r>
    </w:p>
    <w:p w14:paraId="767F52DA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Positivement</w:t>
      </w:r>
    </w:p>
    <w:p w14:paraId="0D9A716E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De manière neutre</w:t>
      </w:r>
    </w:p>
    <w:p w14:paraId="78FE42BA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Négativement</w:t>
      </w:r>
    </w:p>
    <w:p w14:paraId="4D52DB7F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Très négativement</w:t>
      </w:r>
    </w:p>
    <w:p w14:paraId="7EBB6FC6" w14:textId="77777777" w:rsidR="007B43C9" w:rsidRPr="007B43C9" w:rsidRDefault="007B43C9" w:rsidP="007B43C9">
      <w:pPr>
        <w:keepLines/>
        <w:spacing w:after="160"/>
        <w:rPr>
          <w:lang w:val="fr-BE"/>
        </w:rPr>
      </w:pPr>
      <w:r w:rsidRPr="007B43C9">
        <w:rPr>
          <w:rFonts w:cs="Arial"/>
          <w:lang w:val="fr-BE"/>
        </w:rPr>
        <w:t>Précisions et points à améliorer :</w:t>
      </w:r>
    </w:p>
    <w:p w14:paraId="77BBFA8F" w14:textId="77777777" w:rsidR="007B43C9" w:rsidRPr="007B43C9" w:rsidRDefault="007B43C9" w:rsidP="007B43C9">
      <w:pPr>
        <w:spacing w:after="0" w:line="240" w:lineRule="auto"/>
        <w:rPr>
          <w:lang w:val="fr-BE"/>
        </w:rPr>
      </w:pPr>
      <w:r w:rsidRPr="007B43C9">
        <w:rPr>
          <w:rFonts w:cs="Arial"/>
          <w:lang w:val="fr-BE"/>
        </w:rPr>
        <w:t xml:space="preserve"> </w:t>
      </w:r>
    </w:p>
    <w:p w14:paraId="01883511" w14:textId="77777777" w:rsidR="007B43C9" w:rsidRPr="007B43C9" w:rsidRDefault="007B43C9" w:rsidP="007B43C9">
      <w:pPr>
        <w:spacing w:after="0" w:line="240" w:lineRule="auto"/>
        <w:rPr>
          <w:lang w:val="fr-BE"/>
        </w:rPr>
      </w:pPr>
      <w:r w:rsidRPr="007B43C9">
        <w:rPr>
          <w:rFonts w:cs="Arial"/>
          <w:lang w:val="fr-BE"/>
        </w:rPr>
        <w:t xml:space="preserve"> </w:t>
      </w:r>
    </w:p>
    <w:p w14:paraId="61687D0E" w14:textId="77777777" w:rsidR="007B43C9" w:rsidRPr="007B43C9" w:rsidRDefault="007B43C9" w:rsidP="007B43C9">
      <w:pPr>
        <w:keepLines/>
        <w:spacing w:after="160"/>
        <w:rPr>
          <w:lang w:val="fr-BE"/>
        </w:rPr>
      </w:pPr>
      <w:r w:rsidRPr="007B43C9">
        <w:rPr>
          <w:rFonts w:cs="Arial"/>
          <w:lang w:val="fr-BE"/>
        </w:rPr>
        <w:t>Recommanderiez-vous notre organisation à d’autres personnes ?</w:t>
      </w:r>
    </w:p>
    <w:p w14:paraId="00925E8E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Oui</w:t>
      </w:r>
    </w:p>
    <w:p w14:paraId="0A420BB6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Non</w:t>
      </w:r>
    </w:p>
    <w:p w14:paraId="22C7F958" w14:textId="77777777" w:rsidR="007B43C9" w:rsidRDefault="007B43C9" w:rsidP="007B43C9">
      <w:pPr>
        <w:keepLines/>
        <w:numPr>
          <w:ilvl w:val="0"/>
          <w:numId w:val="10"/>
        </w:numPr>
        <w:spacing w:after="60" w:line="264" w:lineRule="auto"/>
        <w:ind w:left="560" w:hanging="240"/>
      </w:pPr>
      <w:r>
        <w:rPr>
          <w:rFonts w:cs="Arial"/>
        </w:rPr>
        <w:t>Peut-être</w:t>
      </w:r>
    </w:p>
    <w:p w14:paraId="6CB57B19" w14:textId="77777777" w:rsidR="007B43C9" w:rsidRDefault="007B43C9" w:rsidP="007B43C9">
      <w:pPr>
        <w:pStyle w:val="Titre1"/>
        <w:spacing w:before="320" w:after="160"/>
      </w:pPr>
      <w:r>
        <w:rPr>
          <w:rFonts w:ascii="Arial" w:hAnsi="Arial" w:cs="Arial"/>
          <w:bCs w:val="0"/>
          <w:color w:val="1A9AA0"/>
          <w:szCs w:val="32"/>
        </w:rPr>
        <w:lastRenderedPageBreak/>
        <w:t>VI. Questions générales</w:t>
      </w:r>
    </w:p>
    <w:p w14:paraId="09405347" w14:textId="77777777" w:rsidR="007B43C9" w:rsidRPr="007B43C9" w:rsidRDefault="007B43C9" w:rsidP="007B43C9">
      <w:pPr>
        <w:keepLines/>
        <w:spacing w:after="160"/>
        <w:rPr>
          <w:lang w:val="fr-BE"/>
        </w:rPr>
      </w:pPr>
      <w:r w:rsidRPr="007B43C9">
        <w:rPr>
          <w:rFonts w:cs="Arial"/>
          <w:lang w:val="fr-BE"/>
        </w:rPr>
        <w:t>Avez-vous d’autres remarques ou suggestions ?</w:t>
      </w:r>
    </w:p>
    <w:p w14:paraId="03C776EE" w14:textId="77777777" w:rsidR="007B43C9" w:rsidRPr="007B43C9" w:rsidRDefault="007B43C9" w:rsidP="007B43C9">
      <w:pPr>
        <w:spacing w:after="0" w:line="20" w:lineRule="exact"/>
        <w:rPr>
          <w:lang w:val="fr-BE"/>
        </w:rPr>
      </w:pPr>
      <w:r w:rsidRPr="007B43C9">
        <w:rPr>
          <w:rFonts w:cs="Arial"/>
          <w:sz w:val="2"/>
          <w:lang w:val="fr-BE"/>
        </w:rPr>
        <w:t xml:space="preserve"> </w:t>
      </w:r>
    </w:p>
    <w:p w14:paraId="162A3B6A" w14:textId="77777777" w:rsidR="007B43C9" w:rsidRPr="007B43C9" w:rsidRDefault="007B43C9" w:rsidP="007B43C9">
      <w:pPr>
        <w:spacing w:after="0" w:line="20" w:lineRule="exact"/>
        <w:rPr>
          <w:lang w:val="fr-BE"/>
        </w:rPr>
      </w:pPr>
      <w:r w:rsidRPr="007B43C9">
        <w:rPr>
          <w:rFonts w:cs="Arial"/>
          <w:sz w:val="2"/>
          <w:lang w:val="fr-BE"/>
        </w:rPr>
        <w:t xml:space="preserve"> </w:t>
      </w:r>
    </w:p>
    <w:p w14:paraId="6D3618C3" w14:textId="77777777" w:rsidR="007B43C9" w:rsidRPr="007B43C9" w:rsidRDefault="007B43C9" w:rsidP="007B43C9">
      <w:pPr>
        <w:spacing w:after="0" w:line="20" w:lineRule="exact"/>
        <w:rPr>
          <w:lang w:val="fr-BE"/>
        </w:rPr>
      </w:pPr>
      <w:r w:rsidRPr="007B43C9">
        <w:rPr>
          <w:rFonts w:cs="Arial"/>
          <w:sz w:val="2"/>
          <w:lang w:val="fr-BE"/>
        </w:rPr>
        <w:t xml:space="preserve"> </w:t>
      </w:r>
    </w:p>
    <w:p w14:paraId="4F60E713" w14:textId="77777777" w:rsidR="00314E08" w:rsidRPr="007D2F4A" w:rsidRDefault="00314E08">
      <w:pPr>
        <w:spacing w:after="0" w:line="20" w:lineRule="exact"/>
        <w:rPr>
          <w:rFonts w:cs="Arial"/>
          <w:lang w:val="fr-BE"/>
        </w:rPr>
      </w:pPr>
    </w:p>
    <w:sectPr w:rsidR="00314E08" w:rsidRPr="007D2F4A" w:rsidSect="000346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72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6917F" w14:textId="77777777" w:rsidR="00CA410F" w:rsidRDefault="00CA410F">
      <w:pPr>
        <w:spacing w:after="0" w:line="240" w:lineRule="auto"/>
      </w:pPr>
      <w:r>
        <w:separator/>
      </w:r>
    </w:p>
  </w:endnote>
  <w:endnote w:type="continuationSeparator" w:id="0">
    <w:p w14:paraId="7BB420E0" w14:textId="77777777" w:rsidR="00CA410F" w:rsidRDefault="00CA4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0E48D" w14:textId="77777777" w:rsidR="00BF3378" w:rsidRDefault="00BF337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6BB68" w14:textId="77777777" w:rsidR="009D53F6" w:rsidRDefault="00DB745A">
    <w:pPr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4F2A7" w14:textId="77777777" w:rsidR="00BF3378" w:rsidRDefault="00BF337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703B3" w14:textId="77777777" w:rsidR="00CA410F" w:rsidRDefault="00CA410F">
      <w:pPr>
        <w:spacing w:after="0" w:line="240" w:lineRule="auto"/>
      </w:pPr>
      <w:r>
        <w:separator/>
      </w:r>
    </w:p>
  </w:footnote>
  <w:footnote w:type="continuationSeparator" w:id="0">
    <w:p w14:paraId="3320F482" w14:textId="77777777" w:rsidR="00CA410F" w:rsidRDefault="00CA4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6B74A" w14:textId="77777777" w:rsidR="00BF3378" w:rsidRDefault="00BF337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EB77A" w14:textId="77777777" w:rsidR="00BF3378" w:rsidRDefault="00BF3378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3D0CC" w14:textId="77777777" w:rsidR="00BF3378" w:rsidRDefault="00BF337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Arial" w:hAnsi="Arial"/>
        <w:color w:val="1A9AA0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▪"/>
      <w:lvlJc w:val="left"/>
      <w:pPr>
        <w:tabs>
          <w:tab w:val="num" w:pos="1080"/>
        </w:tabs>
        <w:ind w:left="1080" w:hanging="360"/>
      </w:pPr>
      <w:rPr>
        <w:rFonts w:ascii="Arial" w:hAnsi="Arial"/>
        <w:color w:val="1A9AA0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▪"/>
      <w:lvlJc w:val="left"/>
      <w:pPr>
        <w:tabs>
          <w:tab w:val="num" w:pos="720"/>
        </w:tabs>
        <w:ind w:left="720" w:hanging="360"/>
      </w:pPr>
      <w:rPr>
        <w:rFonts w:ascii="Arial" w:hAnsi="Arial"/>
        <w:color w:val="1A9AA0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▪"/>
      <w:lvlJc w:val="left"/>
      <w:pPr>
        <w:tabs>
          <w:tab w:val="num" w:pos="360"/>
        </w:tabs>
        <w:ind w:left="360" w:hanging="360"/>
      </w:pPr>
      <w:rPr>
        <w:rFonts w:ascii="Arial" w:hAnsi="Arial"/>
        <w:color w:val="1A9AA0"/>
      </w:rPr>
    </w:lvl>
  </w:abstractNum>
  <w:abstractNum w:abstractNumId="9" w15:restartNumberingAfterBreak="0">
    <w:nsid w:val="19853EC1"/>
    <w:multiLevelType w:val="hybridMultilevel"/>
    <w:tmpl w:val="71C4CA2E"/>
    <w:lvl w:ilvl="0" w:tplc="C63A2A0A">
      <w:start w:val="1"/>
      <w:numFmt w:val="bullet"/>
      <w:lvlText w:val="▪"/>
      <w:lvlJc w:val="left"/>
      <w:pPr>
        <w:ind w:left="502" w:hanging="360"/>
      </w:pPr>
      <w:rPr>
        <w:rFonts w:ascii="Arial" w:hAnsi="Arial"/>
        <w:color w:val="1A9AA0"/>
        <w:lang w:val="fr-BE"/>
      </w:rPr>
    </w:lvl>
    <w:lvl w:ilvl="1" w:tplc="B5A0731A">
      <w:numFmt w:val="decimal"/>
      <w:lvlText w:val=""/>
      <w:lvlJc w:val="left"/>
    </w:lvl>
    <w:lvl w:ilvl="2" w:tplc="2DECFDCA">
      <w:numFmt w:val="decimal"/>
      <w:lvlText w:val=""/>
      <w:lvlJc w:val="left"/>
    </w:lvl>
    <w:lvl w:ilvl="3" w:tplc="E72C19FC">
      <w:numFmt w:val="decimal"/>
      <w:lvlText w:val=""/>
      <w:lvlJc w:val="left"/>
    </w:lvl>
    <w:lvl w:ilvl="4" w:tplc="3D5E9ED8">
      <w:numFmt w:val="decimal"/>
      <w:lvlText w:val=""/>
      <w:lvlJc w:val="left"/>
    </w:lvl>
    <w:lvl w:ilvl="5" w:tplc="588EBC9C">
      <w:numFmt w:val="decimal"/>
      <w:lvlText w:val=""/>
      <w:lvlJc w:val="left"/>
    </w:lvl>
    <w:lvl w:ilvl="6" w:tplc="32D8ECAE">
      <w:numFmt w:val="decimal"/>
      <w:lvlText w:val=""/>
      <w:lvlJc w:val="left"/>
    </w:lvl>
    <w:lvl w:ilvl="7" w:tplc="6CD8FD66">
      <w:numFmt w:val="decimal"/>
      <w:lvlText w:val=""/>
      <w:lvlJc w:val="left"/>
    </w:lvl>
    <w:lvl w:ilvl="8" w:tplc="FEE06A64">
      <w:numFmt w:val="decimal"/>
      <w:lvlText w:val=""/>
      <w:lvlJc w:val="left"/>
    </w:lvl>
  </w:abstractNum>
  <w:num w:numId="1" w16cid:durableId="835191885">
    <w:abstractNumId w:val="8"/>
  </w:num>
  <w:num w:numId="2" w16cid:durableId="7804554">
    <w:abstractNumId w:val="6"/>
  </w:num>
  <w:num w:numId="3" w16cid:durableId="767700341">
    <w:abstractNumId w:val="5"/>
  </w:num>
  <w:num w:numId="4" w16cid:durableId="2068189041">
    <w:abstractNumId w:val="4"/>
  </w:num>
  <w:num w:numId="5" w16cid:durableId="1131169929">
    <w:abstractNumId w:val="7"/>
  </w:num>
  <w:num w:numId="6" w16cid:durableId="2007241123">
    <w:abstractNumId w:val="3"/>
  </w:num>
  <w:num w:numId="7" w16cid:durableId="231231799">
    <w:abstractNumId w:val="2"/>
  </w:num>
  <w:num w:numId="8" w16cid:durableId="1633168765">
    <w:abstractNumId w:val="1"/>
  </w:num>
  <w:num w:numId="9" w16cid:durableId="2084796820">
    <w:abstractNumId w:val="0"/>
  </w:num>
  <w:num w:numId="10" w16cid:durableId="1422678384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170D"/>
    <w:rsid w:val="00087B8C"/>
    <w:rsid w:val="00096295"/>
    <w:rsid w:val="00142242"/>
    <w:rsid w:val="0015074B"/>
    <w:rsid w:val="001942CF"/>
    <w:rsid w:val="001B4EB5"/>
    <w:rsid w:val="00272D03"/>
    <w:rsid w:val="0029639D"/>
    <w:rsid w:val="00314991"/>
    <w:rsid w:val="00314E08"/>
    <w:rsid w:val="00326F90"/>
    <w:rsid w:val="00357A4F"/>
    <w:rsid w:val="003E4174"/>
    <w:rsid w:val="00425CD4"/>
    <w:rsid w:val="004C49F5"/>
    <w:rsid w:val="004D6F90"/>
    <w:rsid w:val="00507C45"/>
    <w:rsid w:val="00567378"/>
    <w:rsid w:val="005B2431"/>
    <w:rsid w:val="00682AC5"/>
    <w:rsid w:val="00697EE0"/>
    <w:rsid w:val="007162F4"/>
    <w:rsid w:val="007A7E08"/>
    <w:rsid w:val="007B43C9"/>
    <w:rsid w:val="007D2F4A"/>
    <w:rsid w:val="00817D11"/>
    <w:rsid w:val="00837611"/>
    <w:rsid w:val="0088410B"/>
    <w:rsid w:val="008A4D27"/>
    <w:rsid w:val="008E14A5"/>
    <w:rsid w:val="009A323B"/>
    <w:rsid w:val="009D53F6"/>
    <w:rsid w:val="009F1443"/>
    <w:rsid w:val="009F1E71"/>
    <w:rsid w:val="00A00395"/>
    <w:rsid w:val="00A043C0"/>
    <w:rsid w:val="00A35E1F"/>
    <w:rsid w:val="00A42643"/>
    <w:rsid w:val="00AA1D8D"/>
    <w:rsid w:val="00AA4632"/>
    <w:rsid w:val="00AB4CE1"/>
    <w:rsid w:val="00AE5504"/>
    <w:rsid w:val="00B42D4A"/>
    <w:rsid w:val="00B47730"/>
    <w:rsid w:val="00B6675B"/>
    <w:rsid w:val="00B91801"/>
    <w:rsid w:val="00BD0D56"/>
    <w:rsid w:val="00BF3378"/>
    <w:rsid w:val="00C05E20"/>
    <w:rsid w:val="00C70740"/>
    <w:rsid w:val="00C96201"/>
    <w:rsid w:val="00CA410F"/>
    <w:rsid w:val="00CB0664"/>
    <w:rsid w:val="00D709A9"/>
    <w:rsid w:val="00DA3D92"/>
    <w:rsid w:val="00DA603D"/>
    <w:rsid w:val="00DB06BC"/>
    <w:rsid w:val="00DB745A"/>
    <w:rsid w:val="00E22882"/>
    <w:rsid w:val="00E66D99"/>
    <w:rsid w:val="00ED0F04"/>
    <w:rsid w:val="00ED34F6"/>
    <w:rsid w:val="00F356A9"/>
    <w:rsid w:val="00F6788B"/>
    <w:rsid w:val="00F93337"/>
    <w:rsid w:val="00FC693F"/>
    <w:rsid w:val="00FF4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0C6CB2"/>
  <w14:defaultImageDpi w14:val="300"/>
  <w15:docId w15:val="{464FFCC2-4895-486B-8811-9612E0E2B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222222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Cs/>
      <w:color w:val="087990"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Cs/>
      <w:color w:val="087990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keepNext/>
      <w:spacing w:after="300" w:line="240" w:lineRule="auto"/>
      <w:contextualSpacing/>
    </w:pPr>
    <w:rPr>
      <w:rFonts w:asciiTheme="majorHAnsi" w:eastAsiaTheme="majorEastAsia" w:hAnsiTheme="majorHAnsi" w:cstheme="majorBidi"/>
      <w:color w:val="E88700"/>
      <w:spacing w:val="5"/>
      <w:kern w:val="28"/>
      <w:sz w:val="4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DA603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DA603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DA603D"/>
    <w:rPr>
      <w:rFonts w:ascii="Arial" w:hAnsi="Arial"/>
      <w:color w:val="222222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A603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A603D"/>
    <w:rPr>
      <w:rFonts w:ascii="Arial" w:hAnsi="Arial"/>
      <w:b/>
      <w:bCs/>
      <w:color w:val="222222"/>
      <w:sz w:val="20"/>
      <w:szCs w:val="20"/>
    </w:rPr>
  </w:style>
  <w:style w:type="paragraph" w:customStyle="1" w:styleId="DocTitle">
    <w:name w:val="Doc Title"/>
    <w:rsid w:val="007B43C9"/>
    <w:pPr>
      <w:spacing w:after="360" w:line="240" w:lineRule="auto"/>
      <w:jc w:val="center"/>
    </w:pPr>
    <w:rPr>
      <w:rFonts w:ascii="Arial" w:eastAsia="Arial" w:hAnsi="Arial" w:cs="Arial"/>
      <w:b/>
      <w:bCs/>
      <w:color w:val="1A9AA0"/>
      <w:sz w:val="40"/>
      <w:szCs w:val="40"/>
      <w:lang w:val="fr-BE" w:eastAsia="fr-BE"/>
    </w:rPr>
  </w:style>
  <w:style w:type="paragraph" w:customStyle="1" w:styleId="SectionHead">
    <w:name w:val="Section Head"/>
    <w:rsid w:val="007B43C9"/>
    <w:pPr>
      <w:spacing w:before="320" w:after="160" w:line="240" w:lineRule="auto"/>
    </w:pPr>
    <w:rPr>
      <w:rFonts w:ascii="Arial" w:eastAsia="Arial" w:hAnsi="Arial" w:cs="Arial"/>
      <w:b/>
      <w:bCs/>
      <w:color w:val="1A9AA0"/>
      <w:sz w:val="28"/>
      <w:szCs w:val="28"/>
      <w:lang w:val="fr-BE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51948F8B9267459AAB9A9E5DDC7A7C" ma:contentTypeVersion="23" ma:contentTypeDescription="Create a new document." ma:contentTypeScope="" ma:versionID="9827b6001719c2e9495039c2d514ad85">
  <xsd:schema xmlns:xsd="http://www.w3.org/2001/XMLSchema" xmlns:xs="http://www.w3.org/2001/XMLSchema" xmlns:p="http://schemas.microsoft.com/office/2006/metadata/properties" xmlns:ns2="c4c55139-8f21-4cdf-a965-4164c96b2c0a" xmlns:ns3="25c466d1-6c21-4795-a149-ed46c30ad847" targetNamespace="http://schemas.microsoft.com/office/2006/metadata/properties" ma:root="true" ma:fieldsID="b73460093cdd0e97c186f9a08da91322" ns2:_="" ns3:_="">
    <xsd:import namespace="c4c55139-8f21-4cdf-a965-4164c96b2c0a"/>
    <xsd:import namespace="25c466d1-6c21-4795-a149-ed46c30ad8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55139-8f21-4cdf-a965-4164c96b2c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15342e6-db2d-45fe-b3dd-cd2d560fb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c466d1-6c21-4795-a149-ed46c30ad84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0f5cebc-3d77-4e11-ac66-56825192a41f}" ma:internalName="TaxCatchAll" ma:showField="CatchAllData" ma:web="25c466d1-6c21-4795-a149-ed46c30ad8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c466d1-6c21-4795-a149-ed46c30ad847" xsi:nil="true"/>
    <lcf76f155ced4ddcb4097134ff3c332f xmlns="c4c55139-8f21-4cdf-a965-4164c96b2c0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D74850D-935A-4767-AB0E-84C4CA1974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289526-778E-4B6A-BD98-9C44662370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55139-8f21-4cdf-a965-4164c96b2c0a"/>
    <ds:schemaRef ds:uri="25c466d1-6c21-4795-a149-ed46c30ad8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6CDFA1-E3A6-4BFC-9CCA-7AEB99BD73A0}">
  <ds:schemaRefs>
    <ds:schemaRef ds:uri="http://schemas.microsoft.com/office/2006/metadata/properties"/>
    <ds:schemaRef ds:uri="http://schemas.microsoft.com/office/infopath/2007/PartnerControls"/>
    <ds:schemaRef ds:uri="25c466d1-6c21-4795-a149-ed46c30ad847"/>
    <ds:schemaRef ds:uri="c4c55139-8f21-4cdf-a965-4164c96b2c0a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364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Sarah Bamberger</cp:lastModifiedBy>
  <cp:revision>4</cp:revision>
  <dcterms:created xsi:type="dcterms:W3CDTF">2026-10-09T13:16:00Z</dcterms:created>
  <dcterms:modified xsi:type="dcterms:W3CDTF">2026-10-09T14:53:00Z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0x0101008451948F8B9267459AAB9A9E5DDC7A7C</vt:lpwstr>
  </property>
  <property fmtid="{D5CDD505-2E9C-101B-9397-08002B2CF9AE}" pid="3" name="MediaServiceImageTags">
    <vt:lpwstr/>
  </property>
</Properties>
</file>